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"Авто-Плюс" (далее - ООО "Авто-Плюс", общество) обратилось в Арбитражный суд Республики Крым с заявлением о признании незаконными отказов Администрации города Ялты Республики Крым (далее - администрация) в предоставлении в собственность земельных участков с кадастровыми номерами 90:25:000000:341, 90:25:010103:432, 90:25:010107:625, выраженных в постановлениях от 19.08.2019 N 1913-п, N 1914-п, N 1915-п, и о возложении на администрацию обязанности в течение 30 календарных дней со дня вступления решения суда в законную силу подготовить и направить обществу проекты договоров купли- продажи указанных земельных участков. Решением Арбитражного суда Республики Крым от 25.02.2020, оставленным без изменения постановлением Двадцать первого арбитражного апелляционного суда от 17.06.2020, в удовлетворении заявленных требований отказано. 2 Постановлением Арбитражного суда Центрального округа от 15.10.2020 указанные судебные акты отменены, дело направлено на новое рассмотрение в суд первой инстанции. Решением Арбитражного суда Республики Крым от 02.06.2021, оставленным без изменения постановлением Двадцать первого арбитражного апелляционного суда от 23.09.2021 и постановлением Арбитражного суда Центрального округа от 05.03.2022,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согласно подпункта 6 пункта 2 статьи 39.3 Земельного кодекса Российской Федерации без проведения торгов осуществляется продажа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настоящего кодекса. Согласно пункту 1 статьи 39.20 Земельного кодекса Российской Федерации если иное не установлено настоящей статьей и другими федеральными законами ,исключительное право на приобретение земельных участков в собственность или в аренду имеют граждане ,юридические лица, являющиеся собственниками зданий, сооружений, расположенных на таких земельных участках. ООО «Авто-Плюс» является собственником следующих объектов недвижимого имущества: -торговый павильон (магазин) общей площадью 30,0кв.м с кадастровым номером 90:25:010113:191 по адресу: Республика Крым, г.Ялта, ул.Кирова, д.256, расположен на земельном участке площадью 58кв.м, с кадастровым номером 90:25:000000:341; -торговый павильон (магазин), общей площадью 38,8кв.м с кадастровым номером 90:25:010108:86 по адресу: Республика Крым, г.Ялта,ул.Киевская,д.7б, расположен на земельном участке площадью 71 кв.м мс кадастровым номером 90:25:010107:625; -торговый павильон (магазин) общей площадью 65,6кв.м с кадастровым номером 90:25:010103:178 по адресу: Республика Крым, г.Ялта, ул. Московская, д.47а расположен на земельном участке площадью 111кв.м с кадастровым номером 90:25:010103:432. Факт нахождения на указанных земельных участках объектов капитального строительства (недвижимого имущества), принадлежащих ООО «Авто-плюс» на праве собственности, подтверждает исключительное право заявителя, предусмотренное подпунктом 6 пункта 2 статьи 39.3 и пунктом 1 статьи 39.20 Земельного кодекса Российской Федерации, на приобретение в собственность земельных участков. Пункт 12 статьи 85 Земельного кодекса Российской Федерации запрещает приватизацию земельных участков общего пользования, занятых площадями, 3 улицами, проездами, автомобильными дорогами, набережными, скверами, бульварами, проездами и так далее, то есть территориями общего пользования. Испрашиваемые земельные участки заняты не территориями общего пользования, а объектами недвижимого имущества, принадлежащими на праве собственности ООО «Авто-Плюс». Администрация города Ялта ссылается на выкопировку из Генерального плана, утвержденного решением от 03.12.2018 и проекта планировки центральной части города Ялты, утвержденного постановлением от 10.12.2018, то есть указанный генеральный план и проект планировки центральной части города Ялты были составлены без учета сложившейся застройки, без учета фактически находившихся на местности объектов недвижимости, введенных в эксплуатацию в установленном порядке в 2006г.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решением Ялтинского городского совета от 26.03.2004 N 193, с внесенными изменениями решением от 07.10.2004 N 65, обществу был передан в аренду сроком на 20 лет земельный участок (кадастровый N 0111900000:013:0050) площадью 0,0058 га, из земель общего пользования по угодьям "застроенные земли, в том числе улицы, набережные, площади", для реконструкции остановки и размещения торговых павильонов по адресу: г. Ялта, ул. Кирова, троллейбусная остановка "ул. Кирова" (в районе дома N 25/1). На основании данного решения Ялтинским городским советом с обществом был заключен договор аренды земельного участка от 08.12.2004, предусматривающий передачу обществу аренду земельного участка (согласно УКЦИЗ): "земли розничной торговли и коммерческих услуг", код 1.11.3 по указанному выше адресу. Данный договор был зарегистрирован в предусмотренном законодательством Украины порядке. Также на основании решения Ялтинского городского совета от 26.03.2004 N 191, с внесенными изменениями решением от 07.10.2004 N 65, обществу был передан в аренду сроком на 20 лет земельный участок (кадастровый N 0111900000:01:001:0041) площадью 0,0071 га, из земель общего пользования по угодьям "застроенные земли, в том числе улицы, набережные, площади", для 4 реконструкции остановки и размещения торговых павильонов по адресу: г. Ялта, ул. Киевская, троллейбусная остановка "5-й квартал" (в районе дома N 7). На основании данного решения Ялтинским городским советом с обществом был заключен договор аренды земельного участка от 08.12.2004, предусматривающий передачу обществу аренду земельного участка (согласно УКЦИЗ): "земли розничной торговли и коммерческих услуг", код 1.11.3 по указанному выше адресу. Данный договор был зарегистрирован в предусмотренном законодательством Украины порядке. Решением Ялтинского городского совета от 26.03.2004 N 192, с внесенными изменениями решением от 07.10.2004 N 65, обществу был передан в аренду сроком на 20 лет земельный участок (кадастровый N 0111900000:01:003:0030) площадью 0,0111 га, из земель общего пользования по угодьям "застроенные земли, в том числе улицы, набережные, площади", для реконструкции остановки и размещения торговых павильонов по адресу: г. Ялта, ул. Московская, троллейбусная остановка "Кинотеатр Октябрь" (в районе дома N 47/2). На основании данного решения Ялтинским городским советом с обществом был заключен договор аренды земельного участка от 08.12.2004, предусматривающий передачу обществу аренду земельного участка (согласно УКЦИЗ): "земли розничной торговли и коммерческих услуг", код 1.11.3 по указанному выше адресу. Данный договор был зарегистрирован в предусмотренном законодательством Украины порядке. Обществу в соответствии с законодательством Украины были выданы разрешения на выполнение строительных работ. Общество возвело на предоставленных в аренду земельных участках объекты капитального строительства - магазины, которые в 2006 году ввело в эксплуатацию и зарегистрировало свое право собственности на них в Государственном реестре права собственности на недвижимое имущество Украины, как недвижимое имущество. Сведения об обществе, которое привело свои учредительные документы в соответствие с законодательством Российской Федерации, внесены в Единый государственный реестр юридических лиц. В 2015 году общество перерегистрировало свое право собственности на торговые павильоны в Едином государственном реестре прав на недвижимое имущество и сделок с ним в установленном законодательством Российской Федерации порядке, получив соответствующие свидетельства о праве собственности на объекты недвижимого имущества с кадастровыми номерами 90:25:010113:191, 90:25:010108:86, 90:25:010103:178. В порядке переоформления ранее возникших прав на земельные участки администрацией с обществом 02.12.2015 были заключены договоры аренды земельных участков с кадастровыми номерами 90:25:000000:341, 90:25:010103:432 и 90:25:010107:625 сроком на три года с тем же целевым назначением и с установлением вида разрешенного использования "магазины". 5 В указанных договорах аренды содержатся сведения о том, что на передаваемых обществу земельных участках размещены объекты недвижимости. Общество 13.03.2019 обратилось в администрацию с заявлениями о выкупе вышеуказанных земельных участков с кадастровыми номерами 90:25:000000:341, 90:25:010103:432 и 90:25:010107:625, ссылаясь на то, что на них расположены принадлежащие ему объекты недвижимого имущества с кадастровыми номерами 90:25:010113:191, 90:25:010108:86, 90:25:010103:178, обосновывая свои требования на положениях подпункта 6 пункта 2 статьи 39.3 и пункта 2 статьи 39.20 Земельного кодекса Российской Федерации. Постановлением администрации от 19.08.2019 N 1913-п обществу отказано в продаже испрашиваемого земельного участка с кадастровым номером 90:25:000000:341 со ссылкой на положения статьи 39.36 Земельного кодекса Российской Федерации. Постановлениями администрации от 19.08.2019 N 1914-п и N 1915-п обществу отказано в продаже испрашиваемых земельных участков с кадастровыми номерами 90:25:010103:432 и 90:25:010107:625 со ссылкой на положения пункта 12 статьи 85 Земельного кодекса Российской Федерации. Оспаривая вышеуказанные постановления администрации от 19.08.2019, общество обратилось в суд с рассматриваемым заявлением. Разрешая спор, суды сделали вывод том, что испрашиваемые обществом земельные участки включают земли общего пользования, которые не подлежат приватизации в силу пункта 12 статьи 85 Земельного кодекса Российской Федерации. Указанный вывод основан на представленных по делу доказательствах, в частности подтверждается данными Генерального плана муниципального образования городской округ Ялта, утвержденного решением Ялтинского горсовета N 3 от 03.12.2018, проекта планировки центральной части города Ялты муниципального образования городской округ Ялта Республики Крым, утвержденного постановлением Администрации города Ялта N 2436-п от 10.12.2018, согласно которым все испрашиваемые земельные участки расположены в границах территории общего пользования - улично-дорожной сети.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«Авто-Плюс» для рассмотрения в судебном заседании Судебной коллегии по экономическим спорам Верховного Суда Российской Федерации. 6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