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28.01.2022,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здравоохранения Республики Башкортостан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Министерство здравоохранения РБ (подробнее) Ответчики: в лице Министерства финансов РФ в лице Управления Федерального казначейства по РБ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