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10.02.2020 Привалихин Александр Маратович признан несостоятельным (банкротом), в отношении него введена процедура реализации имущества гражданина, финансовым управляющим утверждена Короткова Инга Николаевна. Финансовым управляющим в Арбитражный суд Красноярского края подано ходатайство о завершении процедуры реализации имущества должника. Определением Арбитражного суда Красноярского края от 17.08.2021 процедура реализации имущества должника завершена, в отношении должника не применено правило об освобождении от дальнейшего исполнения обязательств перед кредиторами. Постановлением Третьего арбитражного апелляционного суда от 22.10.2021 определение суда первой инстанции оставлено без изменения. Арбитражный суд Восточно-Сибирского округа постановлением от 21.03.2022 указанные судебные акты оставил без изменения. 2 Привалихин Александр Маратович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кредиторами, предусмотренных абзацем четвертым пункта 4 статьи 213.28 Федерального закона «О несостоятельности (банкротстве)». В частности, судами установлено недобросовестное поведение должника, выразившееся в превышении предельного лимита расходования денежных средств и отсутствии доказательств возмещения должником причиненных убытков, открытие должником в процедуре реструктуризации долгов новых счетов без уведомления финансового управляющего. Доводы, изложенные в кассационной жалобе,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Привалихину Александру Маратовичу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