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Дорогов Егор Вячеславович обратился в суд с заявлением о признании недействительными договора аренды от 16.09.2013 № 04/13, заключенного между должником и Толкачевой А.Е., действий должника по перечислению в пользу Толкачевой А.Е. в рамках договора аренды денежных средств на общую сумму 5 575 774 рубля 78 копеек, договоров оказания юридических услуг от 29.08.2014 № 8-74а-10 и от 28.11.2014 № 6-58, заключенных между должником и Толкачевой А.Е., и действий должника по перечислению в пользу Толкачевой А.Е. в рамках договоров оказания юридических денежных средств на общую сумму 8 000 рублей, а также применении последствий недействительности указанных сделок. Определением Арбитражного суда Тульской области от 23.04.2021, оставленным без изменения постановлениями Двадцатого арбитражного апелляционного суда от 13.09.2021 и Арбитражного суда Центрального округа от 07.02.2022, заявление удовлетворено частично, отказано в признании недействительными сделок по аренде и оказанию юридических услуг, признаны недействительными сделками действия должника по перечислению Толкачевой А.Е. денежных средств в общей сумме 5 583 774 рубля 78 копеек, применены последствия недействительности сделок в виде взыскания с Толкачевой А.Е. в пользу должника денежных средств в указанном размере. 2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Исходя из содержания настоящей жалобы, заявитель не согласен с указанными судебными актами в части удовлетворения заявления конкурсного управляющего должником.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19, 61.2, 61.3 и 61.6 Федерального закона от 26.10.2002 № 127-ФЗ «О несостоятельности (банкротстве)», установив совершение оспариваемых перечислений заинтересованными лицами с противоправной целью в пределах периода подозрительности, при наличии признаков несостоятельности должника, а также указав на недоказанность какого-либо встречного исполнения, пришли к выводу о частичной обоснованности заявления, указав на следствие сделок – причинение вреда имущественным правам кредиторов должника, правомерно применив последствия недействительности сделок.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судов, получили надлежащую правовую оценку, отклонены как несостоятельные с подробным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Толкачевой Алисе Евгеньевне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