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Центрального округа от 25.03.2022,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обществу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«АРДИСИ»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Д.В. Тютин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