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26.06.2019 Щеглов Николай Валентинович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Даниленко Евгений Анатольевич. Финансовый управляющий обратился в Арбитражный суд Тверской области с заявлением о признании недействительной сделкой брачного договора 01.07.2013 № 69 АА 1120582, заключенного должником с Маринушкиной Лидией Ивановной, и применении последствий недействительности сделки путем установления законного режима совместной собственности супругов. Определением Арбитражного суда Тверской области от 09.07.2021 в удовлетворении заявления отказано. Постановлением Четырнадцатого арбитражного апелляционного суда от 11.11.2021 определение суда первой инстанции оставлено без изменения. 2 Арбитражный суд Северо-Западного округа постановлением от 03.03.2022 указанные судебные акты оставил без изменения. Савкин Игорь Анатольевич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10, 168, 170 Гражданского кодекса Российской Федерации, пунктом 2 статьи 61.2, статьями 213.25, 213.26 Федерального закона от 26.10.2002 № 127-ФЗ «О несостоятельности (банкротстве)», статьями 38, 41, 46 Семейного кодекса Российской Федерации, разъяснениями, изложенными в пункте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недоказанности наличия обстоятельств, свидетельствующих о совершении сделки со злоупотреблением правом, при том, что отступление от законного режима совместной собственности супругов само по себе не может свидетельствовать о злоупотреблении правом при заключении брачного договора.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Савкину Игорю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