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Уфа</w:t>
      </w:r>
    </w:p>
    <w:p>
      <w:pPr>
        <w:spacing w:after="200"/>
        <w:jc w:val="center"/>
      </w:pPr>
      <w:r>
        <w:rPr>
          <w:rFonts w:ascii="Times New Roman" w:hAnsi="Times New Roman" w:eastAsia="Times New Roman" w:cs="Times New Roman"/>
          <w:b w:val="0"/>
          <w:i w:val="0"/>
          <w:sz w:val="22"/>
        </w:rPr>
        <w:t>30 мая 2022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ВЕРХОВНЫЙ СУД РОССИЙСКОЙ ФЕДЕРАЦИИ № 309-ЭС22-7279 ОПРЕДЕЛЕНИ Е г. Москва 30.05.2022 Судья Верховного Суда Российской Федерации Першутов А.Г., изучив кассационную жалобу государственного унитарного предприятия «Фонд жилищного строительства Республики Башкортостан» на решение Арбитражного суда Республики Башкортостан от 15.06.2021, постановление Восемнадцатого арбитражного апелляционного суда от 20.09.2021 и постановление Арбитражного суда Уральского округа от 11.02.2022 по делу № А07-42739/2019 по иску государственного унитарного предприятия «Фонд жилищного строительства Республики Башкортостан» (далее - фонд) к Управлению по строительству, ремонту дорог и искусственных сооружений Администрации городского округа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Башкортостан от 15.06.2021, оставленным без изменения постановлением Восемнадцатого арбитражного апелляционного суда от 20.09.2021, в удовлетворении заявленных требований отказано. Арбитражный суд Уральского округа постановлением от 11.02.2022 оставил без изменения принятые судебные акты. Фонд обратился в Верховный Суд Российской Федерации с кассационной жалобой, в которой просит отменить судебные акты, ссылаясь на их незаконность и необоснованность. Согласно пункту 1 части 7 статьи 2916 Арбитражного процессуального кодекса Российской Федерации по результатам изучения кассационной жалобы, представления судья Верховного Суда Российской Федерации выносит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3 компенсации за нарушение права на судопроизводство в разумный срок, а также если указанные доводы не находят подтверждения в материалах дела. Основания для пересмотра судебных актов в кассационном порядке по доводам жалобы отсутствуют. Исследовав и оценив представленные в материалы дела доказательства в их совокупности и взаимосвязи, принимая во внимание переписку сторон, руководствуясь положениями статей 1102, 1107, 1109 Гражданского кодекса Российской Федерации, суды исходя из отсутствия у истца оснований полагать, что ответчики, принимая проектно-сметную документацию, обязуются произвести какое-либо встречное исполнение, пришли к выводу об отказе в удовлетворении требований. При этом суды указали, что в материалах дела отсутствуют доказательства, свидетельствующие о недобросовестном поведении ответчиков в части уклонения от оплаты проектно-сметной документации, заключенные соглашения, договоры о возмездной передаче проектно-сметной документации. Доводы жалобы сводятся к несогласию фонда с установленными судами фактическими обстоятельствами дела и оценкой доказательств, выводы судов не опровергают, не подтверждают существенных нарушений норм материального и (или) процессуального права, которые могли повлиять на исход дела и являться достаточным основанием для пересмотра обжалуемых судебных актов в кассационном порядке.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