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19.03.2020 индивидуальный предприниматель Косеченко Вячеслав Вадимович признан несостоятельным (банкротом), в отношении него введена процедура реализации имущества гражданина, финансовым управляющим утвержден Петров Илья Евгеньевич. Финансовый управляющий обратился в Арбитражный суд города Санкт- Петербурга и Ленинградской области с заявлением о признании недействительным договора дарения долей квартиры от 08.07.2014, заключенного должником, Косеченко Ольгой Евгеньевной и Артемьевой Марией Вячеславовной, в части дарения должником в пользу Артемьевой (Фомичевой) М.В. 1/4 доли в квартире, расположенной по адресу: Санкт- Петербург, г. Петергоф, ул. Шахматова, д. 16, литера А, кв. 111, общей площадью 54,7 кв.м, и применения последствий недействительности сделки. 2 Определением Арбитражного суда города Санкт-Петербурга и Ленинградской области от 12.07.2021 в удовлетворении заявления отказано. Постановлением Тринадцатого арбитражного апелляционного суда от 20.10.2021 определение суда первой инстанции оставлено без изменения. Арбитражный суд Северо-Западного округа постановлением от 05.02.2022 указанные судебные акты оставил без изменения. Финансовый управляющий Петров Илья Евгеньевич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10, 168 Гражданского кодекса Российской Федерации, положениями Федерального закона от 26.10.2002 № 127-ФЗ «О несостоятельности (банкротстве)», суды с учетом установленных конкретных обстоятельств настоящего обособленного спора пришли к выводу о недоказанности наличия оснований для признания оспариваемой сделки недействительной и применении последствий ее недействительности.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судами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Петрову Илье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