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20.05.2022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ассоциации «Самарское Региональное Содружество Товариществ Собственников Жилья»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