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Хабаровского края от 08.09.2021, оставленным без изменения постановлением Шестого арбитражного апелляционного суда от 18.11.2021, с Афанасьева А.Е. и Захаровой Э.Б. солидарно взыскано 90 000 рублей судебных расходов, с Афанасьева А.Е. – 35 000 рублей судебных расходов, понесенных в суде апелляционной инстанции. Постановлением Арбитражного суда Дальневосточного округа от 21.01.2022 определение от 08.09.2021 и постановление апелляционного суда от 18.11.2021 в части солидарного взыскания с Афанасьева А.Е. и Захаровой Э.Б. 90 000 рублей судебных расходов отменены и в этой части заявление направлено на новое рассмотрение; в остальной части судебные акты оставлены без изменения. В кассационной жалобе Афанасьев А.Е. просит о пересмотре судебных актов в части взыскания с него 35 000 рублей, ссылаясь на принятие ненадлежащих доказательств несения расходов, их разумности и нерассмотрение довода о мнимости договоров об оказании юридических услуг.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Обжалуемые судебные акты соответствуют постановлению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статьям 101, 106, 110 Арбитражного процессуального кодекса Российской, обстоятельствам обособленного спора и судебной практике возмещения судебных издержек в делах о банкротстве. Доводы, связанные с доказательной стороной требования,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Афанасьеву Александру Евгеньевичу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