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Сидоров Д.Н.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2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Сидоровым Д.Н.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Сидорова Дмитрия Николаевича удовлетворить. Срок подачи кассационной жалобы на постановление Шестого арбитражного апелляционного суда от 28.07.2021 и постановление Арбитражного суда Дальневосточного округа от 25.01.2022 по делу № А73-13600/2020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