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«Золушка» удовлетворить. Предоставить обществу с ограниченной ответственностью «Золушка»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