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«Иркутская продовольственная корпорация» в восстановлении пропущенного срока подачи кассационной жалобы на определение от 21.04.2014, постановление Четвертого арбитражного апелляционного суда от 10.09.2014 и постановление Арбитражного суда Восточно-Сибирского округа от 20.11.2014 по делу № А19-6316/10 Арбитражного суда Иркутской области. Возвратить открытому акционерному обществу «Иркутская продовольственная корпорация» кассационную жалобу. Возвратить открытому акционерному обществу «Иркутская продовольственная корпорация» 6 000 (шесть тысяч) рублей государственной пошлины, уплаченной за подачу кассационной жалобы на основании платежного поручения от 14.04.2015 № 210. Судья Верховного Суда Российской Федерации Н.А. Ксенофонтова Суд: Верховный Суд РФ (подробнее) Истцы: Государственное научное учреждение Иркутский научно - исследовательский институт сельского хозяйства Российской академии сельскохозяйственных наук (ИНН: 3827000370 ОГРН: 1033802456522) (подробнее) Дачное некоммерческое товарищество "Полянка" (подробнее) ДНТ "Газовик" (подробнее) ДНТ "Полянка" (подробнее) Межрайонная инспекция Федеральной налоговой службы России №12 по Иркутской области (ИНН: 3811085667 ОГРН: 1043801556919) (подробнее) ОАО "Иркутская продовольственная корпорация" (подробнее) Областное государственное унитарное энергетическое предприятие "Энергосбытовая компания" Облкоммунэнерго - Сбыт (ИНН: 3811142185 ОГРН: 1103850025278) (подробнее) ООО "Велфор групп" (ИНН: 3808213076 ОГРН: 1103850007865) (подробнее) ООО "Галактика - М" (подробнее) ООО "Защита растений" (подробнее) ООО "Иркутская Энергосбытовая компания" (подробнее) ООО "Консалтинговая компания" РАМСЕС (ИНН: 3808096281 ОГРН: 1033801044078) (подробнее) ООО "Консалтинговая фирма" Рамсес (подробнее) ООО "ПиАР" (подробнее) ООО "Савиновские магнезиты" (ИНН: 3812069844 ОГРН: 1023801750059) (подробнее) ООО "Техстройресурс" (подробнее) ООО "Элемент Лизинг" (ИНН: 7706561875 ОГРН: 1047796985631) (подробнее) ООО "Юридическая компания" СтратегЪ (подробнее) Ответчики: ГУП ОПХ "Байкало - Сибирское" Сибирское отделение РАСХН (подробнее) ГУП опытно - производственного хозяйства "Байкало - Сибирское" Сибирского отделения Российской академии сельскохозяйственных наук (подробнее) ГУП опытно - производственного хозяйства "Байкало - Сибирское" Сибирского отделения Российской академии сельскохозяйственных наук (ОГРН: 1083827001565)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