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07.05.2022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25.04.2022 № 306-ЭС17-21880 (50), определение Арбитражного суда Республики Татарстан от 05.05.2021, постановление Одиннадцатого арбитражного апелляционного суда от 08.09.2021 и постановление Арбитражного суда Поволжского округа от 01.12.2021 по делу № А65-26341/2014 о несостоятельности (банкротстве) кредитного потребительского кооператива «Ипотека Инвест»,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учётом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учёта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учётом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Копыловой Ларисы Михайловны о восстановлении пропущенного процессуального срока отказать. Жалобу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