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Отделение Министерства внутренних дел Российской Федерации по Нехаевскому району Волгоградской области (далее – Отделение) обратилось в Арбитражный суд Волгоградской области с иском к Территориальному управлению Федерального агентства по управлению государственным имуществом в Волгоградской области (далее – Управление) о возложении обязанности принять в казну Российской Федерации нежилое помещение (здание поста ГАИ) площадью 29,6 кв. м (кадастровый номер 34:17:070001:5124) и земельный участок площадью 1433+/-26,5 кв. м (кадастровый номер 34:17:070001:2384), расположенные по адресу: Волгоградская область, ст. Нехаевская, ул. Полевая 15А; прекратить право оперативного управления истца на указанные объекты недвижимого имущества. Решением Арбитражного суда Волгоградской области от 16.09.2021, оставленным без изменения постановлением Двенадцатого арбитражного апелляционного суда от 10.12.2021, исковые требования удовлетворены. Постановлением Арбитражного суда Поволжского округа от 22.02.2022 решение от 16.09.2021 и апелляционное постановление от 10.12.2021 отменены в 2 части удовлетворения иска Отделения о прекращении права оперативного управления на земельный участок площадью 1433+/-26,5 кв. м (кадастровый номер 34:17:070001:2384), расположенный по адресу Волгоградская область, Нехаевский район, ст. Нехаевская, ул. Полевая, 15А. Прекращено право постоянного (бессрочного) пользования Отделения земельным участком площадью 1433+/-26,5 кв. м (кадастровый номер 34:17:070001:2384), расположенным по адресу Волгоградская область, Нехаевский район, ст. Нехаевская, ул. Полевая, 15А. В остальной части решение от 16.09.2021 и апелляционное постановление от 10.12.2021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Отделение не могло отказаться от права оперативного управления на спорное имущество без согласия его собственника.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Российской Федерации на праве собственности принадлежат: нежилое помещение площадью 29,6 кв. м (кадастровый номер 34:17:070001:5124) и земельный участок площадью 1433+/- 26,5 кв. м (кадастровый номер 34:17:070001:2384), расположенные по адресу: Волгоградская область, ст. Нехаевская, ул. Полевая 15А. На основании распоряжения Территориального управления Министерства имущественных отношений по Волгоградской области от 26.11.2009 № 996-р за Отделением на праве оперативного управления закреплено нежилое помещение с кадастровым номером 34:17:070001:5124, о чем 31.12.2009 в Едином государственном реестре недвижимости (далее – ЕГРН) сделана запись регистрации. Постановлением администрации Нехаевского муниципального района Волгоградской области от 16.12.2008 № 806 истцу на праве постоянного (бессрочного) пользования предоставлен земельный участок с кадастровым номером 34:17:070001:2384, о чем 03.07.2009 в ЕГРН сделана запись регистрации. Департамент по материально-техническому и медицинскому обеспечению Министерства внутренних дел Российской Федерации письмом от 16.09.2020 № 22/4/1-20483 согласовал вопрос прекращения права оперативного управления 3 Отделения на нежилое помещение площадью 29,6 кв. м (кадастровый номер 34:17:070001:5124), расположенное по адресу: Волгоградская область, ст. Нехаевская, ул. Полевая 15А. Отделение обратилось в Управление с письмами от 29.09.2020 № 66/2078, от 06.11.2020 № 66/2328, от 02.12.2020 № 66/2570, от 09.03.2021 № 66/405 с просьбой решить вопрос о передаче в казну Российской Федерации вышеуказанных объектов недвижимости, в связи с тем, что они не используются, а также в целях повышения эффективности расходования бюджетных средств. Поскольку ответчик решение об изъятии спорного имущества не принял, Отделение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235, 236, 296, 299 Гражданского кодекса Российской Федерации, Положением о Федеральном агентстве по управлению государственным имуществом, утвержденным постановлением Правительства Российской Федерации от 05.06.2008 № 432, Положением о Территориальном управлении Федерального агентства по управлению государственным имуществом в Волгоградской области, утвержденным приказом Федерального агентства по управлению государственным имуществом от 05.03.2009 № 63, суды первой и апелляционной инстанций удовлетворили требования, придя к выводу, что Отделение имеет право на отказ от закрепленного за ним на праве оперативного управления имущества и передачу его в казну Российской Федерации ввиду неиспользования его в соответствии с целями деятельности истца. Судами также принято во внимание, что у Отделения отсутствует необходимость в использовании спорного недвижимого имущества для осуществления своей деятельности и нахождение данного имущества в оперативном управлении накладывает на истца дополнительное бремя по его содержанию, что приводит к неэффективному использованию бюджетных средств. Отменяя судебные акты судов первой и апелляционной инстанций в части прекращения права оперативного управления на земельный участок, суд округа, руководствуясь пунктом 1статьи 45, пунктом 3 статьи 53 Земельного кодекса Российской Федерации, указал, что названный земельный участок был предоставлен в постоянное (бессрочное) пользование, о чем 03.07.2009 в Едином государственном реестре недвижимости сделана запись регистрации. В соответствии с положениями Земельного кодекса Российской Федерации как в редакции, действующей до 01.03.2015, так и в редакции, действующей после 01.03.2015, земельные участки, находящиеся в публичной собственности, не могли и не могут быть предоставлены на праве оперативного управления. Поскольку Отделение с согласия Министерства внутренних дел Российской Федерации отказалось от права постоянного (бессрочного) пользования на земельный участок площадью 1433+/-26,5кв.м с кадастровым номером 34:17:070001:2384 и от права оперативного управления на объект недвижимости, расположенный на данном земельном участке, данные объекты недвижимости подлежат передаче в казну Российской Федерации, а право постоянного (бессрочного) пользования на земельный участок подлежит прекращению. 4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Территориального управления Федерального агентства по управлению государственным имуществом в Волгоградской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