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пребыванием в процедурах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«Транспортно-экспедиционная компания «ТрансХолод» отсрочку уплаты 2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