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14.02.2022,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 Отделения Пенсионного фонда Российской Федерации по Республике Тыва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