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28.01.2022,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2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здравоохранения Республики Башкортостан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