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«Телеком Нетворкс» удовлетворить. Предоставить обществу с ограниченной ответственностью «Телеком Нетворкс»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АО "ВОЕНТЕЛЕКОМ" (подробнее) Ответчики: ООО "ТЕЛЕКОМ НЕТВОРКС" (подробнее) Иные лица: АНО "Судебный эксперт"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