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18.11.2019 Лыгуша Игорь Анатольевич признан несостоятельным (банкротом), в отношении него введена процедура реализации имущества гражданина, финансовым управляющим утвержден Лозовой Станислав Иванович. Финансовый управляющий обратился в Арбитражный суд Ставропольского края с заявлением о признании недействительным договора купли-продажи недвижимого имущества - квартиры от 25.08.2016, заключенного между Лыгуша Еленой Павловной (супругой должника) и Герасименко Ольгой Николаевной, и применении последствий недействительности сделки в виде обязания Герасименко О.Н. вернуть в конкурсную массу должника спорное недвижимое имущество. К участию в споре в качестве третьего лица, не заявляющего самостоятельных требований относительно предмета спора, привлечен Бекетов Юрий Юрьевич. 2 Определением Арбитражного суда Ставропольского края от 08.07.2021 в удовлетворении заявления отказано. Постановлением Шестнадцатого арбитражного апелляционного суда от 11.10.2021 определение суда первой инстанции оставлено без изменения. Арбитражный суд Северо-Кавказского округа постановлением от 21.12.2021 указанные судебные акты оставил без изменения. Финансовый управляющий Лозовой Станислав Иванович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19, 32, пунктом 2 статьи 61.2, статьей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имущественного вреда кредиторам. В частности, судами установлено, что фактически спорный объект не передавался супруге должника, имущество не выбывало из владения и пользования Герасименко О.Н., которая полностью несла бремя содержания жилого помещения, цена имущества, указанная в договорах купли-продажи, не изменялась, спорная сделка не повлияла на состав и размер конкурсной массы должника, в результате совершенной сделки вред интересам должника и его кредиторам не причинен.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Лозовому Станиславу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