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«Объединенные кондитеры» обратилось в Арбитражный суд города Санкт-Петербурга и Ленинградской области с иском к Абдуллаеву Мушвигу Али оглы, Абдуллаевой Анне Мушвиговне о признании недействительной сделки (дарение) по передаче Абдуллаевым М.А. Абдуллаевой А.М. доли в размере 100% уставного капитала ООО «Софийское»; применении последствий недействительности сделки. К участию в деле в качестве третьего лица, не заявляющего самостоятельных требований относительно предмета спора, привлечены ООО «Софийское», Межрайонная инспекция Федеральной налоговой службы № 15 по Санкт-Петербургу. Решением Арбитражного суда города Санкт-Петербурга и Ленинградской области от 09.03.2021, оставленным без изменения постановлением Тринадцатого арбитражного апелляционного суда от 11.06.2021 и постановлением Арбитражного суда Северо-Западного округа от 05.10.2021,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судов об избрании ООО «Объединенные кондитеры» ненадлежащего способа защиты прав, который сделан в нарушение статей 10 и 168 Гражданского кодекса Российской Федерации (далее – Гражданский кодекс). По мнению ООО «Объединенные кондитеры», им представлены надлежащие доказательства, подтверждающие недобросовестные действия Абдуллаева М.А. по выводу всего принадлежавшего ему имущества общей стоимостью не менее миллиарда рублей.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«Объединенные кондитеры» (поставщик) и ООО «ТД Интерторг» (покупатель) был заключен договор поставки 09.07.2016 №193/2016. Покупатель свои обязательства по оплате поставленного товара не исполнил. ООО «ТД Интерторг» было принято решение о ликвидации, обязанности ликвидатора возложены на Абдуллаева М.А.о. (ответчик по настоящему делу). Решением Арбитражного суда города Санкт-Петербурга и Ленинградской области от 28.02.2020 по делу № А56-370/2020 ООО «ТД Интерторг» признано несостоятельным (банкротом), в отношении него открыто конкурсное производство по упрощенной процедуре банкротства ликвидируемого должника; конкурсным управляющим утвержден Безруких Сергей Борисович; отстранен от исполнения обязанностей генерального директора и ликвидатора Абдуллаев М.А.о. Определением Арбитражного суда города Санкт-Петербурга и Ленинградской области от 19.06.2020 по делу № А56-370/2020 в реестр требований кредиторов ООО «ТД Интерторг» включены требования ООО «Объединенные кондитеры» в размере 215 185 644 рубля 41 копейка основного долга и 1 922 999 рублей неустойки. 3 Кредиторами ООО «ТД Интерторг» 07.10.2020 подано заявление о привлечении Абдуллаева М.А.о к субсидиарной ответственности по обязательствам должника (заявление до настоящего времени не рассмотрено). Абдуллаеву М.А.о принадлежала доля в уставном капитале ООО «Софийское». 25.10.2019 в Единый государственный реестр юридических лиц внесена запись, согласно которой единственным участником ООО «Софийское» является Абдуллаева А.М. ООО «Объединенные кондитеры», ссылаясь на то, что имеются основания для привлечения Абдуллаева М.А. как лица, контролировавшего должника, к субсидиарной ответственности по обязательствам ООО «ТД Интерторг», с последующим обращением взыскания на принадлежащее ему имущество, обратилось 14.10.2020 в суд с настоящим иском о признании недействительной сделки (дарение) по отчуждению принадлежащей Абдуллаеву М.А. 100% доли в уставном капитале ООО «Софийское», указав, что данная сделка заключена с целью вывода имущества и неисполнения обязательств перед кредиторами ООО «ТД Интерторг». Исследовав и оценив по правилам статьи 71 АПК РФ представленные доказательства, руководствуясь статьями 10, 12, 56, 166-168, 572 Гражданского кодекса, разъяснениями, изложенными в пункте 78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пунктом 1 статьи 61.11, статьей 61.16, пунктом 1 статьи 61.20 Федерального закона от 26.10.2002 №127-ФЗ «О несостоятельности» (банкротстве) (далее -Закон о банкротстве), суды отказали в удовлетворении требований, указав, что Абдуллаев М.А.о. не является лицом, обязанным отвечать по долгам ООО «ТД Интерторг»; признание сделки дарения в уставном капитале ООО «Софийское» недействительной не приведет в данном случае к восстановление прав истца, у которого в настоящее время отсутствует право на удовлетворения своих требований за счет принадлежащего ответчику имущества. В случае неполного погашения требования кредиторов в результате действий руководителя ООО «ТД Интерторг» Законом о банкротстве предусмотрено право конкурсного кредитора обратиться в суд с заявлением о привлечении руководителя к субсидиарной ответственности, взыскании убытков. И только при недостаточности имущества руководителя у кредитора возникает право на оспаривание сделок по отчуждению имущества. Ни на момент заключения сделки по отчуждению доли в уставном капитале ООО «Софийское», ни на момент рассмотрения настоящего спора в суде Абдуллаев М.А.о. не привлечен к субсидиарной ответственности по обязательствам ООО «ТД Интерторг», совершение Абдуллаевым М.А.о. сделок с нарушением требований статьи 10 Гражданского кодекса не установлено. Судами отмечено, что защита прав ООО «Объединенные кондитеры» как кредитора ООО «ТД Интерторг» возможна путем обращения в суд в рамках дела о несостоятельности (банкротстве) последнего (дело №А56-370/2020). Доводы кассационной жалобы не свидетельствуют о допущенных судами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«Объединенные кондитеры»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