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21.01.2022,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частное охранное предприятие «Контр-Юниверсити»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