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Липецкой области от 11.10.2021 заявление Филина Алексея Николаевича о признании его несостоятельным (банкротом) признано обоснованным, в отношении него введена процедура реструктуризации долгов гражданина, финансовым управляющим имуществом должника утверждена Золотарева Антонина Александровна. Филина Татьяна Борисовна, обращаясь с жалобой в суд апелляционной инстанции, ссылалась на то, что определением Арбитражного суда Липецкой области от 11.10.2021 затрагиваются ее права и обязанности как созаемщика по кредитному обязательству бывшего супруга, в отношении которого возбуждено дело о банкротстве. Определением Девятнадцатого арбитражного апелляционного суда от 13.12.2021 производство по апелляционной жалобе Филиной Т.Б. на определение суда первой инстанции прекращено применительно к пункту 1 части 1 статьи 150 Арбитражного процессуального кодекса Российской Федерации. 2 Арбитражный суд Центрального округа постановлением от 31.01.2022 определение суда апелляционной инстанции оставил без изменения. Филина Татьяна Борисовна обратилась в Судебную коллегию Верховного Суда Российской Федерации с кассационной жалобой на определение апелляционного суда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Прекращая производство по жалобе, суд апелляционной инстанции руководствовался пунктом 1 части 1 статьи 150 Арбитражного процессуального кодекса Российской Федерации, статьями 34, 35 Федерального закона от 26.10.2002 № 127-ФЗ «О несостоятельности (банкротстве)» и исходил из того, что Филина Т.Б. не является лицом, участвующим в деле о банкротстве должника, обжалуемое определение о введении в отношении должника процедуры реструктуризация долгов гражданина, о правах и обязанностях Филиной Т.Б. не принято, ее права и обязанности не затрагивает, в том числе не создает препятствий для реализации ее субъективного права или надлежащего исполнения обязанностей. Суд округа согласился с выводами суда апелляционной инстанции.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Филиной Татьяне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