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конкурсный кредитор ФИО3 обратилась в Арбитражный суд Республики Татарстан с заявлением о признании недействительным договора купли-продажи от 27.11.2015 № И40-15, заключенного между должником и обществом с ограниченной ответственностью «Лентех-Ойл», и применении последствий недействительности сделки. К участию в споре в качестве третьих лиц, не заявляющих самостоятельных требований, привлечены Управление Росреестра по Республике Татарстан, ФИО4. Определением Арбитражного суда Республики Татарстан от 21.11.2019, оставленным без изменения постановлением Одиннадцатого арбитражного апелляционного суда от 24.01.2020, заявление удовлетворено. Арбитражный суд Поволжского округа постановлением от 27.05.2020 судебные акты отменил и направил обособленный спор на новое рассмотрение в Арбитражный суд Республики Татарстан. При новом рассмотрении спора определением Арбитражного суда Республики Татарстан от 26.05.2021 в удовлетворении заявления отказано. Постановлением Одиннадцатого арбитражного апелляционного суда от 21.10.2021 определение суда первой инстанции оставлено без изменения. Арбитражный суд Поволжского округа постановлением от 14.01.2022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финансового управляющего, суды, оценив представленные доказательства по правилам статей 65 , 71 Арбитражного процессуального кодекса Российской Федерации, руководствуясь пунктом 2 статьи 61.2, статьей 213.32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пришли к выводу о недоказанности заявителем наличия совокупности обстоятельств, необходимой для признания договора купли-продажи недействительным как совершенного с целью причинения вреда имущественным правам кредитора. В частности, суды исходили из отсутствия признаков неплатежеспособности или недостаточности имущества должника на момент заключении оспариваемой сделки, отсутствия доказательств безвозмездности оспариваемой сделки или неравноценности встречного предоставления, недоказанности причинения вреда имущественным правам кредиторов, наличия цели причинения вреда кредиторам и осведомленности ответчиков о такой цели, аффилированности сторон сделки. Оснований для применения положений статей 10 , 168 Гражданского кодекса Российской Федерации судами не установлено.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ф/у Афанасьев Ю.Д. (подробнее) Иные лица: Лениногорский городской суд (подробнее) ООО "ЛЕНТЕХ-ОЙЛ", г.Лениногорск (подробнее) ООО "Фаворит-Финанс", г.Москва (подробнее) ПАО "Сбербанк России", г. Казань (подробнее) Публичное акционерное общество Татфондбанк в лице конкурсного управляющего Государственной корпорации "Агентство по страхованию вкладов", г. Казань (подробнее) Хисамеева Назибя Гиздатовна, Лениногорский район, с.Шугурово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