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привлечении к субсидиарной ответственности по обязательствам должника ФИО2, товариществ с ограниченной ответственностью Молочный завод «Солнечный», «Кокшетауский молочный завод детского и лечебно-профилактического питания № 1» и «Ирида Сервис», открытого акционерного общества «Надежда», ФИО3, компании с ограниченной ответственностью STEFFORD ENTERPRISES LIMITED, ФИО4, ФИО5. Определением Арбитражного суда Краснодарского края от 09.07.2021, оставленным без изменения постановлениями Пятнадцатого арбитражного апелляционного суда от 27.10.2021 и Арбитражного суда Северо-Кавказского округа от 27.12.2021, заявление удовлетворено в части. ФИО2 и товарищество «Ирида Сервис» привлечены к субсидиарной ответственности по обязательствам должника, производство по заявлению в части определения размера привлечённых к субсидиарной ответственности лиц приостановлено до окончания расчётов с кредиторами.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Молочного завода «Солнечный» и товарищества «Кокшетауский молочный завод детского и лечебно-профилактического питания № 1», принять в данной части новый судебный акт об удовлетворении заявления.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61.10 – 61.12, 61.16 Федерального закона от 26.10.2002 № 127-ФЗ «О несостоятельности (банкротстве)», разъяснениями, содержащимися в постановлении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удовлетворения требований кредитора и привлечения названных им лиц к субсидиарной ответственности ввиду недоказанности вины, причинно-следственной связи между их действиями (бездействием) и причинением вреда должнику (его кредиторам) в заявленной сумме.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