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Лякина Александра Анатольевича в Арбитражный суд города Санкт-Петербурга и Ленинградской области обратился кредитор – Алексеев Сергей Федорович с заявлением о признании задолженности по договору займа в размере 34 500 000 рублей общим долгом должника и его супруги Лякиной Марины Владимировны. Определением Арбитражного суда города Санкт-Петербурга и Ленинградской области от 22.07.2021 в удовлетворении заявления отказано. Постановлением Тринадцатого арбитражного апелляционного суда от 30.09.2021 определение суда первой инстанции отменено; требование кредитора в размере 34 500 000 рублей признано общим обязательством супругов. Арбитражный суд Северо-Западного округа постановлением от 17.12.2021 постановление суда апелляционной инстанции оставил без изменения. 2 Лякин Александр Анатольевич и Лякина Марина Владимировна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33, 34, 35, 39, 45 Семейного кодекса Российской Федерации, статьями 32, 213.26 Федерального закона от 26.10.2002 № 127-ФЗ «О несостоятельности (банкротстве)», установив, что сумма займа, полученная должником от кредитора, была потрачена на нужды семьи, учитывая отсутствие сведений об объективном расхождении целей и интересов супругов, а также учитывая общность их семейного бюджета, суд апелляционной инстанции пришел к выводу о том, что обязательство перед кредитором является общим обязательством супругов.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Лякину Александру Анатольевичу и Лякиной Марине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