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2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управляющая компания «Агро-Альянс» удовлетворить. Предоставить обществу с ограниченной ответственностью управляющая компания «Агро-Альянс»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