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Саратовской области от 05.04.2021 по делу № А57-21488/2020, постановление Двенадцатого арбитражного апелляционного суда от 08.06.2021 и постановление Арбитражного суда Поволжского округа от 06.09.2021 по тому же делу отменить. Дело направить на новое рассмотрение в Арбитражный суд Саратовской области. Председательствующий судья А.Г. Першутов Судья Т.В. Завьялова Судья Н.В. Павлова Суд: Верховный Суд РФ (подробнее) Истцы: ИП Шавель С.Н. (подробнее) Ответчики: Приволжское межрегиональное территориальное управление Росстандарта (подробнее) Иные лица: Арбитражный суд Повоожского округа (подробнее) Верховный суд РФ (подробнее) Федеральное агентство по техническому регулирвоанию и метрологии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