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Ассоциация «Общероссийская негосударственная некоммерческая организация – Общероссийское отраслевое объединение работодателей «Национальное объединение саморегулируемых организаций, основанных на членстве лиц, осуществляющих строительство» (далее – Ассоциация) обратилась в Арбитражный суд города Санкт-Петербурга и Ленинградской области с иском к некоммерческому партнерству «Объединение специализированных организаций по пожарной безопасности зданий и сооружений» (далее – Партнерство) о взыскании 264 450 рублей задолженности по уплате членских взносов, в том числе 71 250 рублей задолженности по уплате членских взносов за IV квартал 2017 года, 193 200 рублей задолженности по уплате целевого взноса, 37 251 рублей 44 копеек процентов за пользование чужими денежными средствами. Решением Арбитражного суда города Санкт-Петербурга и Ленинградской области от 23.04.2021 (с учетом определения от 23.04.2021 об исправлении 2 арифметической ошибки), оставленным без изменения постановлением Тринадцатого арбитражного апелляционного суда от 27.07.2021 и постановлением Арбитражного суда Северо-Западного округа от 30.11.2021, требования удовлетворены частично: с Партнерства в пользу Ассоциации взыскано 211 786 рублей 96 копеек задолженности по уплате членских взносов, 28 008 рублей 77 копеек процентов за пользование чужими денежными средствами, 7180 рублей судебных расходов по оплате государственной пошлины.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Партнерством не исполнена обязанность по уплате членских взносов за IV квартал 2017 года в полном объеме, тогда как внутренними документами Ассоциации предусмотрена уплата ежегодных (квартальных) членских взносов в полном объеме вне зависимости от времени осуществления некоммерческой организацией деятельности в качестве СРО.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17.11.2009 в Государственный реестр саморегулируемых организаций, основанных на членстве лиц, осуществляющих строительство, реконструкцию, капитальный ремонт объектов капитального строительства (далее – Государственный реестр СРО; реестр), внесены сведения за номером СРО-С-071-17112009 о саморегулируемой организации – ассоциации саморегулируемых организаций «Управление строительными предприятиями Петербурга» (далее – Ассоциация «УСПП»). В соответствии с приказом Ростехнадзора от 20.06.2018 № СП-73 сведения об Ассоциации «УСПП» исключены из Государственного реестра СРО в соответствии с частью 6 статьи 55.2 и частью 12 статьи 55.19 Градостроительного кодекса Российской Федерации (далее – Градостроительный кодекс) на основании заключения Ассоциации. Согласно сведениям Единого государственного реестра юридических лиц (далее – ЕГРЮЛ) 14.10.2019 в отношении Ассоциации «УСПП» внесены сведения 3 о прекращении деятельности в связи с реорганизацией в форме присоединения (запись от 14.10.2019 за государственным регистрационным номером 2197800172690); правопреемником является Партнерство. В Государственный реестр СРО 13.01.2012 внесены сведения за номером СРО-С-241-13012012 о саморегулируемой организации – ассоциации строительных организаций «ОПОРА-Строй» (далее – Ассоциация «ОПОРА- Строй»). Ассоциация «ОПОРА-Строй» 24.10.2017 представила в Ростехнадзор заявление о добровольном исключении сведений о СРО из реестра. На основании приказа Ростехнадзора от 01.11.2017 № СП-123 сведения об Ассоциации «ОПОРА-Строй» исключены из Государственного реестра СРО в соответствии с пунктом 1 части 1 статьи 21 Федерального закона от 01.12.2017 № 315-ФЗ «О саморегулируемых организациях» (далее – Закон № 315-ФЗ). Согласно сведениям ЕГРЮЛ в отношении Ассоциации «ОПОРА-Строй» 11.02.2019 внесена запись за государственным регистрационным номером 2197800038742 об изменении наименования на ассоциацию производителей строительных материалов, изделий и конструкций «Материалстандарт», а в дальнейшем 14.10.2019 внесена запись за государственным регистрационным номером 2197800172634 о прекращении деятельности юридического лица в связи с реорганизацией в форме присоединения; правопреемником является Партнерство. Таким образом, в связи с внесением в ЕГРЮЛ записей о прекращении деятельности в отношении Ассоциаций «УСПП», «ОПОРА-Строй» к Партнерству перешли их права и обязанности. Ссылаясь на то, что у Ассоциации «ОПОРА-Строй» имелась задолженность по уплате членских взносов за IV квартал 2017 года в сумме 71 250 рублей, у Ассоциации «УСПП» имелась задолженность по уплате целевого взноса в размере 193 200 рублей, Ассоциация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58 Гражданского кодекса Российской Федерации, статьями 55.10, 57 Градостроительного кодекса, статьями 14, 26 Федерального закона от 12.01.1996 № 7-ФЗ «О некоммерческих организациях», положениями Закона № 315-ФЗ, суды отказали в удовлетворении требований в оспариваемой части, правомерно исходя из того, что Ассоциация «ОПОРА-Строй» была обязана оплатить членский взнос за IV квартал 2017 только за период с 01.10.2017 по 24.10.2017 (до момента представления заявления о добровольном исключении сведений о СРО из реестра).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«Общероссийская негосударственная некоммерческая организация – Общероссийское отраслевое объединение работодателей «Национальное объединение саморегулируемых организаций, основанных на членстве лиц, осуществляющих строительство»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