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26.01.2021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ИП Росляков Юрий Федорович (подробнее) Ответчики: ФГБУ "ВОЕННЫЙ САНАТОРИЙ "КРЫМ" МИНИСТЕРСТВА ОБОРОНЫ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