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её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«Караван» удовлетворить. Предоставить обществу с ограниченной ответственностью «Караван»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