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13.11.2018 индивидуальный предприниматель ФИО2 Эльбрус Гасан оглы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ФИО1. Конкурсный кредитор - публичное акционерное общество «Банк Уралсиб» обратился в Арбитражный суд Ямало-Ненецкого автономного округа с заявлением о признании незаконным бездействия финансового управляющего ФИО1, выразившегося в необеспечении сохранности залогового имущества банка, и взыскании с него 2 070 000 рублей убытков. Определением Арбитражного суда Ямало-Ненецкого автономного округа от 07.06.2021 в удовлетворении заявления отказано. Постановлением Восьмого арбитражного апелляционного суда от 07.09.2021 определение суда первой инстанции оставлено без изменения. Арбитражный суд Западно-Сибирского округа постановлением от 10.12.2021 указанные судебные акты отменил и направил обособленный спор на новое рассмотрение в Арбитражный суд Ямало-Ненецкого автономного округа. Финансовый управляющий ФИО1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исполнения финансовым управляющим обязанностей в отношении заложенного имущества, а также полного и всестороннего исследования имеющиеся в материалах дела доказательств, установления наличия (отсутствия) всех элементов состава убытков,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возражения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 России" (подробнее) Ответчики: ИП Гараев Эльбрус Гасан оглы (подробнее) Иные лица: Восьмой арбитражный апелляционный суд (подробнее) Межрайонная инспекция Федеральной налоговой службы №4 по Ямало-Ненецкому автономному округу (подробнее) ООО "Когалымское управление технологического транспорта" (подробнее) ПАО "БАНК УРАЛСИБ" (подробнее) ПАО "Западно-Сибирский коммерческий банк" (подробнее) Управление министерства внутренних дел РФ по ЯНАО (подробнее) Управление Федеральной налоговой службы по Ямало-Ненецкому автономному округу (подробнее) Управление Федеральной службы государственной регистрации, кадастра и картографии по Ямало-Ненецкому автономному округу (подробнее) Управление Федеральной службы судебных приставов по Ямало-Ненецкому автономному округу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