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Горловой Елены Юрьевны финансовый управляющий Завгородняя Евгения Владимировна обратилась в Арбитражный суд Ростовской области с заявлением о признании недействительными сделками договора купли-продажи закладной от 28.12.2020, заключенного Кондратенко Алексеем Макаровичем и публичным акционерным обществом «Банк ВТБ», а также соглашения, в результате которого прекращено право залога, и применении последствий недействительности сделок. Определением Арбитражного суда Ростовской области от 15.06.2021 заявление удовлетворено, признан недействительным договор купли-продажи закладной от 28.12.2020, применены последствия недействительности сделки в виде взыскания с банка в конкурсную массу должника 203 840 рублей и восстановлено право требования банка к должнику в указанном размере; в удовлетворении заявления в остальной части отказано. 2 Постановлением Пятнадцатого арбитражного апелляционного суда от 01.09.2021 определение суда первой инстанции отменено, заявление финансового управляющего о признании недействительной сделкой договора купли-продажи закладной от 28.12.2020 оставлено без рассмотрения; в удовлетворении заявления в остальной части отказано. Арбитражный суд Северо-Кавказского округа постановлением от 24.11.2021 указанные судебные акты оставил без изменения. Финансовый управляющий Завгородняя Евгения Владимировна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ним, не установлено. Оставляя без рассмотрения заявление в части признания недействительным договора купли-продажи закладной, суд апелляционной инстанции руководствовался статьями 61.1,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того, что оспариваемый договор купли-продажи не является сделкой должника и не является сделкой, совершенной за счет должника, по сути представляет собой договор уступки прав требования по кредитному договору и не подлежит рассмотрению в рамках дела о банкротстве. Отказывая в удовлетворении заявления в остальной части, суд апелляционной инстанции исходил из того, что действия по отказу кредитора от требований в части их залогового обеспечения не являются злоупотреблением правом, не влекут причинение вреда интересам иных кредиторов. 3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Горловой Елены Юрьевны - Завгородней Евгении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