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Минаев И.М. подал в Верховный Суд Российской Федерации с кассационную жалобу на определение Арбитражного суда Забайкальского края от 17.12.2020, постановление Четвертого арбитражного апелляционного суда от 26.04.2021 и постановление Арбитражного суда Восточно-Сибирского округа от 09.09.2021 по делу № А78-11268/2017. Определением от 15.03.2022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11.04.2022 в 10 часов 00 минут (время московское). Минаев И.М. 17.03.2022 обратился в Верховный Суд Российской Федерации с ходатайством об участии в судебном заседании путем использования систем видеоконференц-связи при содействии Арбитражного суда Иркутской области или Арбитражного суда Восточно-Сибирского округа. Учитывая наличие технической возможности осуществления видеоконференц-связи при содействии Арбитражного суда Восточно- Сибирского округа, ходатайство подлежит удовлетворению. 2 Руководствуясь статьями 73,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Минаева Ильи Михайловича об участии в судебном заседании Судебной коллегии по экономическим спорам Верховного Суда Российской Федерации по делу № А78-11268/2017 Арбитражного суда Забайкальского края путем использования системы видеоконференц-связи удовлетворить. Поручить Арбитражному суду Восточно-Сибирского округа организацию видеоконференц-связи в здании Арбитражного суда Восточно-Сибирского округа (664025, г. Иркутск, ул. Чкалова, д. 14) в целях участия Минаева Ильи Михайловича в судебном заседании Судебной коллегии по экономическим спорам Верховного Суда Российской Федерации, назначенном на 10 часов 00 минут (время московское) 11.04.2022 по адресу: г. Москва, ул. Поварская, д. 15. Арбитражному суду Восточно-Сибирского округа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