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21.12.2021,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«РеспектКлаб»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