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Краснобаева Геннадия Борисовича Арбитражным судом Ульяновской области рассмотрены объединенные споры по заявлению финансового управляющего имуществом должника Яфизова Ильмира Наильевича и кредитора – Гнатуша Александра Васильевича к Жилкину Владимиру Васильевичу и Краснобаеву Владиславу Геннадьевичу о признании недействительными договоров купли-продажи от 10.07.2015 и дарения от 02.04.2018 земельного участка и применении последствий их недействительности в виде возврата земельного участка в конкурсную массу должника. Определением Арбитражного суда Ульяновской области от 04.03.2021 заявления удовлетворены. Признаны недействительными договоры купли- продажи и дарения земельного участка и на Краснобаева В.Г. возложена обязанность возвратить в конкурсную массу должника земельный участок; распределены судебные расходы. Постановлением Одиннадцатого арбитражного апелляционного суда от 07.07.2021 определение суда первой инстанции изменено в части 2 распределения судебных расходов; в остальной части определение суда первой инстанции оставлено без изменения. Арбитражный суд Поволжского округа постановлением от 30.11.2021 постановление суда апелляционной инстанции оставил без изменения. Жилкин Владимир Васильевич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статьями 10, 167, 170, 181 Гражданского кодекса Российской Федерации, пунктом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положениями Федерального закона от 26.10.2002 № 127-ФЗ «О несостоятельности (банкротстве)» и исходили из того, что оспариваемые сделки представляют собой цепочку взаимосвязанных между собой мнимых сделок, заключенных со злоупотреблением правом, в целях предотвращения возможного обращения взыскания на спорный земельный участок в рамках возбужденных исполнительных производств и в целях избежания включения указанного имущества в конкурную массу должника в ходе рассмотрения дела о банкротстве последнего.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Жилкину Владимиру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