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«Строительно-монтажное управление «Академдальвостокстрой» Дальневосточного отделения Российской академии наук удовлетворить. Предоставить федеральному государственному унитарному предприятию «Строительно-монтажное управление «Академдальвостокстрой» Дальневосточного отделения Российской академии наук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