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Яруллин Рафаэль Ринатович (далее – ИП Яруллин Р.Р.) обратился в Арбитражный суд Республики Татарстан с иском к индивидуальному предпринимателю Шакировой Гузель Талгатовне (далее – ИП Шакирова Г.Т.) о признании строения, расположенного по адресу: г. Чистополь, ул. Урицкого, д. 79, самовольной постройкой и ее сносе. К участию в деле в качестве третьих лиц, не заявляющих самостоятельных требований относительно предмета спора, привлечены Исполнительный комитет Чистопольского муниципального района Республики Татарстан, Управление Федеральной службы государственной регистрации, кадастра и картографии по Республике Татарстан, Белаев Ильдар Мансурович, Шакиров Нияз Ахатович. Решением Арбитражного суда Республики Татарстан от 29.05.2017, оставленным без изменения постановлением Одиннадцатого арбитражного апелляционного суда от 02.08.2017, в удовлетворении исковых требований отказано. Постановлением Арбитражного суда Поволжского округа от 12.12.2017 решение от 29.05.2017 и апелляционное постановление от 02.08.2017 отменены, 2 дело направлено на новое рассмотрение в Арбитражный суд Республики Татарстан. При новом рассмотрении решением Арбитражного суда Республики Татарстан от 01.08.2019, оставленным без изменения постановлением Одиннадцатого арбитражного апелляционного суда от 24.10.2019, в удовлетворении требований отказано. Постановлением Арбитражного суда Поволжского округа от 13.02.2020 решение от 01.08.2019 и апелляционное постановление от 24.10.2019 отменены, дело направлено на новое рассмотрение в Арбитражный суд Республики Татарстан в ином составе суда. Определением Арбитражного суда Республики Татарстан от 25.02.2020 исковое заявление принято к производству судьи Коротенко С.И. Определением Арбитражного суда Республики Татарстан от 25.05.2020 к рассмотрению с первоначальным иском принято встречное требование ИП Шакировой Г.Т. о признании строения самовольной постройкой и ее сносе. Определением от 16.07.2020 в соответствии со статьей 49 Арбитражного процессуального кодекса Российской Федерации (далее – АПК РФ) принято уточнение первоначального иска, согласно которому ИП Яруллин Р.Р. просит обязать ответчика снести трехэтажное нежилое здание (третий этаж мансардный), с площадью застройки 243,2 кв. м, общей площадью 590,36 кв. м, расположенное по адресу: Республика Татарстан г. Чистополь, ул. Урицкого, д. 79, с указанными выше координатами или привести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а также разрешением на строительство от 08.09.2014 № RU16542000-187, выданным на основании проекта № 60/14, а именно: демонтировать утепление кровли; демонтировать перегородки в мансардном этаже; демонтировать оконные конструкции в помещениях мансарды с последующей закладкой основным материалом наружных стен; демонтировать наружную стену по оси 5; демонтировать (с последующим восстановлением) кровлю для приведения в соответствие перекрытия первого этажа; демонтировать (с последующим восстановлением) перекрытия второго этажа для приведения в соответствие перекрытия первого этажа; демонтировать (с последующим восстановлением) наружные стены второго этажа для приведения в соответствие перекрытия первого этажа; демонтировать (с последующим восстановлением) перекрытия первого этажа для устройства фундамента под колонну по оси 5, монтажа самой колонны и приведения в соответствие несущих конструкций (ригелей) данного перекрытия; демонтировать (с последующей перепланировкой) перегородки второго этажа для приведения в соответствие планировки помещений; демонтировать (с последующей перепланировкой) перегородки первого этажа для приведения в соответствие планировки помещений; демонтировать все существующие внутренние инженерные системы; демонтировать все подведенные наружные инженерные сети; демонтировать наружные лестницы путей эвакуации для последующего приведения в соответствие с проектом № 60/14. 3 Также принято уточнение встречных требований, согласно которым ответчик просит признать строение (незавершенное строительство), возведенное истцом, г. Чистополь вместо помещения Н-2 по адресу: Республики Татарстан, г. Чистополь, ул. Урицкого, д. 79, самовольной постройкой; обязать снести стену, которая примыкает к стене по оси 5 и плиты перекрытия объекта (незавершенное строительство), возведенную истцом, г. Чистополь вместо помещения Н-2, расположенную на земельном участке 6:54:100403:3, общей площадью 1102 кв. м по адресу: Республика Татарстан, г. Чистополь, ул. Урицкого, д. 79. Определением от 02.10.2020 дело передано на рассмотрение судьи Парменовой А.С. в порядке статьи 18 АПК РФ. Истец заявил ходатайство об уточнении требований, просил обязать ИП Шакирову Г.Т. привести завершенный строительством объект в соответствие проекту, строительным нормам и правилам, санитарно-эпидемиологическим и противопожарным требованиям в соответствии с заключением судебной экспертизы, а именно: демонтировать утепление кровли, демонтировать перегородки в мансардном этаже, демонтировать оконные конструкции в помещениях мансарды с последующей закладкой основным материалом наружных стен, демонтировать (с последующим восстановлением в соответствии с проектом 60/14) кровлю для приведения этажности здания к двум этажам, демонтировать (с последующим восстановлением в соответствии с проектом 60/14) перекрытие второго этажа для приведения в соответствие перекрытия первого этажа, демонтировать оконные конструкции из ПВХ 2-го этажа с заменой на деревянные, демонтировать (с последующей перепланировкой в соответствии с проектом № 60/14) перегородки второго этажа для приведения в соответствие планировки помещений, демонтировать (с последующим восстановлением в соответствии с проектом № 60/14) наружные стены второго этажа для приведения в соответствие перекрытия первого этажа, демонтировать (с последующим восстановлением в соответствии с проектом № 60/14) часть перекрытия первого этажа для устройства фундамента под колонну по оси 5, монтажа самой колонны и приведения в соответствие несущих конструкций (ригелей) данного перекрытия, демонтировать оконные конструкции из ПВХ 1-го этажа с заменой на деревянные, реконструировать дополнительную входную дверь главного фасада в оконный проем, демонтировать наружную стену по оси 5, демонтировать (с последующей перепланировкой в соответствии с проектом № 60/14) перегородки первого этажа для приведения в соответствие планировки помещений, демонтировать внутренние межэтажные лестницы, демонтировать все существующие внутренние инженерные системы, демонтировать все подведенные наружные инженерные сети, демонтировать наружные лестницы путей эвакуации для последующего приведения в соответствие с проектом № 60/14 все последующие монтажные работы производить в строгом соответствии с решениями проекта № 60/14 «Реконструкция торгового центра по ул. Урицкого, 79, г. Чистополь, РТ» с заменой непригодных к повторному использованию демонтированных строительных материалов, с одновременным возведением части здания, принадлежащего ИП Яруллину Р.Р., для увязки видов работ, одновременного монтажа общих строительных конструкций единого здания, перезаключить договоры снабжения на объект капитального строительства, предусмотренного 4 проектом № 60/14, увеличить пропускную способность наружных инженерных сетей для обеспечения здания, предусмотренного проектом № 60/14, необходимым количеством энергоносителей, осуществить перекладку наружных инженерных сетей к местам ввода в здание, предусмотренного проектом № 60/14, осуществить устройство наружной канализации с подключением к общегородским сетям. Уточнение принято судом в порядке статьи 49 АПК РФ. Ответчик (истец по встречному иску) заявил ходатайство об уточнении требований, просил обязать ИП Яруллина Р.Р. привести незавершенный строительством объект в соответствие проекту, строительным нормам и правилам, санитарно-эпидемиологическим и противопожарным требованиям в соответствии с заключением судебной экспертизы, а именно: произвести полную разборку всех строительных конструкций смонтированных при возведении строения (незавершенного строительства) вместо помещения Н-2, добиться реконструкции завершенного строительством объекта (здания в осях 1-5), возведенного ИП Шакировой Г.Т. для приведения его в соответствие с требованиями проекта № 60/14 «Реконструкция торгового центра по ул. Урицкого, 79, г. Чистополь, РТ», после демонтажа соответствующих конструкций завершенного строительством объекта (здания в осях 1-5), возведенного ИП Шакировой Г.Т., произвести совместное возведение единого здания (вместо отдельных частей Н-1 и Н-2) в соответствии с проектом № 60/14 «Реконструкция торгового центра по ул. Урицкого, 79, г. Чистополь, РТ», на основании которого выдано разрешение на строительство. Уточнение принято судом в порядке статьи 49 АПК РФ. При новом рассмотрении решением Арбитражного суда Республики Татарстан от 16.06.2021, оставленным без изменения постановлением Одиннадцатого арбитражного апелляционного суда от 16.09.2021 и постановлением Арбитражного суда Поволжского округа от 15.12.2021, первоначальный иск и встречные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в части удовлетворения первоначального иска, ссылаясь на существенное нарушение судами норм материального и процессуального права. В обоснование доводов жалобы заявитель указывает, что требование ИП Яруллина Р.Р. о демонтаже здания вместо помещения Н-2 является несоразмерным, поскольку спорное строение не угрожает безопасности жизни и здоровья граждан. Также заявитель не согласен с тем, что суд отказал в назначении судебной экспертизы по определению этапов работ, тем самым вынес, по мнению заявителя жалобы, заведомо неисполнимый судебный акт. Суд также необоснованно не учел рецензию, в соответствии с которой определены этапы действий при демонтаже.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5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ИП Яруллину Р.Р. принадлежит на праве собственности нежилое помещение (кадастровый номер 16:54:100403:118) общей площадью 320,4 кв. м, расположенное по адресу: Республика Татарстан, г. Чистополь, ул. Урицкого, д. 79, помещение Н-2. Право собственности ИП Яруллина Р.Р. на указанное нежилое помещение зарегистрировано 01.10.2013 на основании договора купли-продажи недвижимого имущества от 19.09.2013, заключенного с Белаевым И.М. ИП Шакировой Г.Т. принадлежит на праве собственности нежилое помещение (кадастровый номер 16:54:100403:117), общей площадью 224,7 кв. м, расположенное по адресу: Республика Татарстан, г. Чистополь, ул. Урицкого, д. 79, помещение Н-1. Право собственности ИП Шакировой Г.Т. на указанное нежилое помещение зарегистрировано 29.08.2014 на основании договора купли-продажи от 14.08.2014, заключенного с ИП Яруллиным Р.Р. ИП Яруллину Р.Р., ИП Шакировой Г.Т. и Белаеву И.М. на праве общей долевой собственности принадлежит земельный участок с кадастровым номером 16:54:100403:3, общей площадью 1102 кв. м по адресу: Республика Татарстан, г. Чистополь, ул. Урицкого, д. 79. Исполнительным комитетом Чистопольского муниципального района Республики Татарстан Яруллину Р.Р. 08.09.2014 выдано разрешение на строительство № RU16542000-187, которым разрешена реконструкция помещений Н-1; Н-2, расположенных по адресу: Республика Татарстан, г. Чистополь, ул. Урицкого, д. 79, под торговый центр. Исполнительным комитетом Чистопольского муниципального района Республики Татарстан вынесено постановление от 24.10.2014 № 677, которым внесены изменения в разрешение на строительство от 08.09.2014 № RU16542000-187, согласно которым разрешение выдано Яруллину Р.Р. и Шакировой Г.Т. Нежилые помещения, обозначенные литерами Н-1 и Н-2, по адресу: г. Республика Татарстан, г. Чистополь, ул. Урицкого, д. 79, принадлежащие на праве собственности истцу и ответчику, снесены. ИП Шакировой Г.Т.возведено трехэтажное нежилое здание (верхний этаж мансардный) с площадью строения в осях 1-5 по наружному обмеру 243,2 кв. м, площадь строения в осях 1-5 по внутреннему обмеру 590,63 кв. м (далее - спорное строение). ИП Яруллиным Р.Р. вместо помещения Н-2 возведено строение (незавершенное строительство). Истец, полагая спорное строение самовольной постройкой, просит обязать ответчика привести его в соответствие с установленными требованиями, 6 определенными заключением судебной экспертизы (в редакции уточнения исковых требований). Встречные требования мотивированы возведением ИП Яруллиным Р.Р. строения (незавершенного строительства) с нарушением градостроительных норм и правил, в связи с чем, истец по встречному иску просит обязать ответчика привести незавершенное строительство в соответствие проекту, строительным нормам и правилам, санитарно-эпидемиологическим и противопожарным требованиям в соответствии с заключением судебной экспертизы (согласно уточнению исковых требований). Исследовав и оценив по правилам статьи 71 АПК РФ представленные доказательства, в том числе заключение, составленное по результатам судебной экспертизы, руководствуясь статьями 222, 247 Гражданского кодекса Российской Федерации, разъяснениями, изложенными в постановлении Пленума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требования по первоначальному и встречному искам, установив, что на земельном участке, принадлежащем предпринимателям на праве общей долевой собственности, должно осуществляться строительство единого здания, тогда как возведенные ИП Яруллиным Р.Р. и ИП Шакировой Г.Т. объекты представляют собой отдельные строения, не соответствующие проектной документации, градостроительным и градостроительным нормам и правилам, а для приведения объектов недвижимости в соответствие необходимо выполнение предусмотренных экспертом действий.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Шакировой Гузель Талгатовны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