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предприятием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9» удовлетворить. Предоставить федеральному государственному унитарному предприятию «Главное военно-строительное управление № 9»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