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имущественных отношений Хабаровского края (в настоящее время – Министерство имущества Хабаровского края; далее – Министерство) обратилось в Арбитражный суд Хабаровского края с иском, уточненным в порядке статьи 49 Арбитражного процессуального кодекса Российской Федерации (далее – АПК РФ), к ликвидатору общества с ограниченной ответственностью «Бива Плюс» (далее – Общество) Андрианову Виталию Сергеевичу об обязании ликвидатора включить задолженность Общества перед Министерством в промежуточный ликвидационный баланс и в течение десяти дней с момента вступления в силу судебного акта обратиться в арбитражный суд с заявлением о признании ликвидируемого юридического лица несостоятельным (банкротом). К участию в деле в качестве третьего лица, не заявляющего самостоятельных требований относительно предмета спора, привлечена Инспекция Федеральной налоговой службы по Железнодорожному району г. Хабаровска. Решением Арбитражного суда Хабаровского края от 25.06.2021, оставленным без изменения постановлением Шестого арбитражного апелляционного суда от 30.09.2021 и постановлением Арбитражного суда 2 Дальневосточного округа от 16.12.2021, требования удовлетворены частично: суд обязал ликвидатора включить в промежуточный ликвидационный баланс Общества требование Министерства в размере 12 771 677 рублей 23 копейки задолженности, подтвержденной вступившими в законную силу судебными актами. В остальной части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на ошибочность выводов судов об отсутствии оснований для перехода к ликвидации юридического лица путем признания его несостоятельным (банкротом), поскольку у Общества имеются признаки неплатежеспособности; о выборе истцом неверного способа защиты права; о наличии возможности самостоятельного инициирования процедуры банкротства.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единственным участником Общества принято решение от 31.12.2019 № 5 о добровольной ликвидации юридического лица и назначении его ликвидатором Андрианова В.С., о чем в Единый государственный реестр юридических лиц 17.01.2020 внесена соответствующая запись. Сообщение о ликвидации юридического лица опубликовано в «Вестнике государственной регистрации». Одновременно с заявлением требований об обязании ликвидатора включить задолженность Министерства в промежуточный ликвидационный баланс, истец, ссылаясь на положения статьи 9 Федерального закона от 26.10.2002 № 127-ФЗ «О несостоятельности (банкротстве)» (далее – Закон № 127-ФЗ), просил обязать ответчика обратиться в арбитражный суд с заявлением о признании Общества несостоятельным (банкротом). Исследовав и оценив по правилам статьи 71 АПК РФ представленные доказательства, руководствуясь статьями 61, 62 Гражданского кодекса Российской Федерации, статьей 224 Закона № 127-ФЗ, суды отказали в удовлетворении требований в оспариваемой части, указав, что Министерством не представлены достаточные доказательства того, что Общество отвечает признакам неплатежеспособности и (или) недостаточности имущества и, соответственно, его 3 ликвидатор обязан незамедлительно обратиться в арбитражный суд с заявлением о признании юридического лица несостоятельным (банкротом). Кроме того, Министерством в настоящее время фактически реализовано право на обращение в арбитражный суд с заявлением о признании юридического лица несостоятельным (банкротом), так как по заявлению Министерства финансов Хабаровского края, являющегося уполномоченным органом по денежным обязательствам Хабаровского края, возбуждено дело о банкротстве Общества № А73-15337/2021 Арбитражного суда Хабаровского края.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имущества Хабаровского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