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февраля 2021 года согласно почтовому штемпелю на конверте ФИО2 направил в Верховный Суд Российской Федерации жалобу на определение Арбитражного суда Оренбургской области от 25.06.2020, постановление Восемнадцатого арбитражного апелляционного суда от 24.09.2020 и постановление Арбитражного суда Уральского округа от 01.12.2020 по делу № А47-6628/2019.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01.12.2020, на момент обращения заявителя срок, установленный статьёй 291.2 Арбитражного процессуального кодекса Российской Федерации, истёк. ФИО2 заявлено ходатайство о восстановлении пропущенного процессуального срока. В качестве причины пропуска срока заявитель указывает на позднее получение копии обжалуемого определения суда первой инстанции. Согласно сведениям, содержащимся в электронном сервисе «Мой Арбитр» и отчёту об отслеживании отправления с идентификатором 45409052597835, сформированным официальным сайтом Почты России, ходатайство о выдаче дополнительной копии определения от 25.06.2020 было направлено ФИО2 в Арбитражный суд Оренбургской области 04.02.2021, то есть после истечения процессуального срока на подачу настоящей жалобы. Документального подтверждения или иных доказательств, свидетельствующих о наличии обстоятельств, которые, по мнению заявителя, препятствовали своевременной подготовке и направлению кассационной жалобы не представлено. Кроме того, процессуальным законом не предусмотрено исчисление срока на обжалование с момента получения заявителем копии судебного акта. ФИО2 как лицо, в отношении которого возбуждено настоящее дело о несостоятельности (банкротстве), является основным участником дела о банкротстве и применительно к положениям пункта 14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вправе знакомиться со всеми материалами дела о банкротстве, требовать у суда выдачи заверенной им копии любого судебного акта по делу о банкротстве, обжаловать принятые по делу судебные акты. Из состоявшихся по обособленному спору судебных актов, а именно из определения Арбитражного суда Оренбургской области от 25.06.2020, постановления Восемнадцатого арбитражного апелляционного суда от 24.09.2020 и постановления Арбитражного суда Уральского округа от 01.12.2020, усматривается, что ФИО2 был надлежащим образом извещён о ходе рассмотрения настоящего обособленного спора. Ввиду изложенного, ФИО2 имел право участвовать в судебных заседаниях по настоящему обособленному спору, но своим правом не воспользовался. Как следует из информации, размещённой на официальном сайте арбитражных судов (www.arbitr.ru), постановление Арбитражного суда Уральского округа от 01.12.2020 было опубликовано в общедоступной базе судебных актов 02.12.2020, то есть без какой-либо задержки, в установленный срок. Таким образом, учитывая, что каких-либо доказательств обратного заявителем не предоставлено, ФИО2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статьями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ФИО2 о восстановлении пропущенного процессуального срока отказать. Кассационную жалобу ФИО2 на определение Арбитражного суда Оренбургской области от 25.06.2020, постановление Восемнадцатого арбитражного апелляционного суда от 24.09.2020 и постановление Арбитражного суда Уральского округа от 01.12.2020 по делу № А47-6628/2019 возвратить заявителю. Судья Верховного Суда Российской Федерации ФИО1 Суд: Верховный Суд РФ (подробнее) Иные лица: ААУ "ГАРАНТИЯ" - Ассоциация арбитражных управляющих "ГАРАНТИЯ" (подробнее) ААУ "Содружество" - Ассоциация Арбитражных Управляющих "Содружество" (подробнее) ААУ "ЦФОП АПК" - Ассоциация арбитражных управляющих "Центр финансового оздоровления предприятий агропромышленного комплекса" (подробнее) Администрация МО "Новосергиевский район Оренбургской области" (подробнее) АО "ЭнергосбыТ Плюс" Западное отделение Оренбургского филиала (подробнее) Арбитражный суд Уральского округа (подробнее) Ассоциации "Саморегулируемая организация арбитражных управляющих Центрального федерального округа" (подробнее) Ассоциация арбитражных управляющих "ЕВРАЗИЯ" (подробнее) Ассоциация арбитражных управляющих саморегулируемая организация "Центральное агентство арбитражных управляющих" (подробнее) АССОЦИАЦИЯ АРБИТРАЖНЫХ УПРАВЛЯЮЩИХ "СИБИРСКИЙ ЦЕНТР ЭКСПЕРТОВ АНТИКРИЗИСНОГО УПРАВЛЕНИЯ" (подробнее) Ассоциация арбитражных управляющих "Солидарность" (подробнее) Ассоциация "ДМСО" - Ассоциация "Дальневосточная межрегиональная саморегулируемая организация профессиональных арбитражных управляющих" (подробнее) АССОЦИАЦИЯ ЕВРОСИБИРСКАЯ САМОРЕГУЛИРУЕМАЯ ОРГАНИЗАЦИЯ АРБИТРАЖНЫХ УПРАВЛЯЮЩИХ (подробнее) Ассоциация "КМ СРО АУ "Единство" - Ассоциация "Краснодарская межрегиональная саморегулируемая организация арбитражных управляющих "Единство" (подробнее) Ассоциация "Межрегиональная саморегулируемая организация арбитражных управляющих" (подробнее) АССОЦИАЦИЯ "МЕЖРЕГИОНАЛЬНАЯ САМОРЕГУЛИРУЕМАЯ ОРГАНИЗАЦИЯ ПРОФЕССИОНАЛЬНЫХ АРБИТРАЖНЫХ УПРАВЛЯЮЩИХ" (подробнее) Ассоциация МСОПАУ - Ассоциация "Московская саморегулируемая организация профессиональных арбитражных управляющих" (подробнее) Ассоциация МСРО "Содействие" - Ассоциация "Межрегиональная саморегулируемая организация арбитражных управляющих "Содействие" (подробнее) АССОЦИАЦИЯ "НАЦИОНАЛЬНАЯ ОРГАНИЗАЦИЯ АРБИТРАЖНЫХ УПРАВЛЯЮЩИХ" (подробнее) Ассоциация "Региональная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"Меркурий" (подробнее) АССОЦИАЦИЯ САМОРЕГУЛИРУЕМАЯ ОРГАНИЗАЦИЯ АРБИТРАЖНЫХ УПРАВЛЯЮЩИХ "ЭГИДА" (подробнее) Ассоциация "Саморегулируемая организация арбитражных управляющих "Южный Урал" (подробнее) АССОЦИАЦИЯ САМОРЕГУЛИРУЕМАЯ ОРГАНИЗАЦИЯ "ОБЪЕДИНЕНИЕ АРБИТРАЖНЫХ УПРАВЛЯЮЩИХ "ЛИДЕР" (подробнее) Ассоциация СРО АУ "Лига" -Ассоциация "Саморегулируемая организация арбитражных управляющих "Лига", г.Пенза (подробнее) Ассоциация СРО "МЦПУ" - Ассоциация саморегулируемая организация арбитражных управляющих "Межрегиональный центр экспертов и профессиональных управляющих" (подробнее) АССОЦИАЦИЯ "УРАЛО-СИБИРСКОЕ ОБЪЕДИНЕНИЕ АРБИТРАЖНЫХ УПРАВЛЯЮЩИХ" (подробнее) Восемнадцатый арбитражный апелляционный суд (подробнее) ГУП Сорочинские коммунальные электрические сети филиала "Оренбургкоммунэлектросеть" (подробнее) ИФНС №6 России по Оренбургской области (подробнее) ИФНС по Ленинскому району г.Челябинска (подробнее) Крымский Союз профессиональных арбитражных управляющих "Эксперт", РК, г.Симферополь (подробнее) Ленинский районный суд г. Оренбурга (подробнее) МИФНС России №4 по Оренбургской области (подробнее) МИФНС России №6 по Оренбургской области (подробнее) МО МВД "Сорочинский" (подробнее) Мр ИФНС №6 России по Оренбургской области (подробнее) МРЭО ГИБДД №1 УМВД России по Оренбургской области (подробнее) МУ МВД России "Оренбургское" (подробнее) Национальный Союз профессионалов антикризисного управления (подробнее) Новосергиевский районный суд Оренбургской области (подробнее) Новосергиевский РОСП (подробнее) НП АУ "ОРИОН" - Арбитражных управляющих "ОРИОН" (подробнее) НП АУ "Содружество" - арбитражных управляющих "Содружество", г.Сант-Петербург (подробнее) НП "ВАУ "Достояние" - "Ведущих арбитражных управляющих "Достояние", г.Санкт-Петербург (подробнее) НП "МСОАУ "Стратегия" - "Межрегиональная саморегулируемая организация арбитражных управляющих "Стратегия", г.Воронеж (подробнее) НП "МСО ПАУ" - "Межрегиональная саморегулируемая организация профессиональных арбитражных управляющих", г.Москва (подробнее) НП "Объединение арбитражных управляющих "Авангард", г.Москва (подробнее) НП "Первая СРО АУ" - "Первая Саморегулируемая Организация Арбитражных управляющих", г.Москва (подробнее) НП Саморегулируемая организация арбитражных управляющих "Развитие" (подробнее) НП "СМСОАУ "Сибирская межрегиональная саморегулируемая организация арбитражных управляющих", г.Омск (подробнее) НП "СОАУ "Альянс" - "Саморегулируемая организация Арбитражных управляющих "Альянс", г. Нижний Новгород (подробнее) НП СОПАУ "Альянс управляющих" - "Межрегиональная саморегулируемая организация профессиональных арбитражных управляющих "Альянс управляющих", г.Краснодар (подробнее) НП СРО АУ "Синергия", г.Краснодар (подробнее) НП "СРО АУСС" - "Саморегулируемая организация арбитражных управляющих "Северная столица", г.Санкт-Петербург (подробнее) НП "Тихоокеанская саморегулируемая организация арбитражных управляющих", г.Владивосток (подробнее) НП "Центр финансового оздоровления предприятий агропромышленного комплекса" (подробнее) ОАО Филиал "Газпром газораспределение Оренбург" (подробнее) ООО "УК "Альтернатива" (подробнее) ООО "Челябинский завод гранитных изделий" (подробнее) Отделение в г. Сорочинске УПРФ по Оренбургской области (подробнее) Отдел ЗАГС Администрации г. Сорочинска Оренбургской области (подробнее) ПАО "Сбербанк России" (подробнее) ПАО Сорочинское отделение "Сбербанк России" №4235/070 (подробнее) ПРОФЕССИОНАЛЬНЫЙ СОЮЗ АРБИТРАЖНЫХ УПРАВЛЯЮЩИХ РОССИИ (подробнее) Саморегулируемая межрегиональная "Ассоциация антикризисных управляющих" (подробнее) Саморегулируемая организация арбитражных управляющих Ассоциация "Сибирская гильдия антикризисных управляющих", Ханты-Мансийский автономный округ - Югра, г.Ханты-Мансийск (подробнее) САМОРЕГУЛИРУЕМАЯ ОРГАНИЗАЦИЯ "АССОЦИАЦИЯ АРБИТРАЖНЫХ УПРАВЛЯЮЩИХ "ПАРИТЕТ" (подробнее) САМОРЕГУЛИРУЕМАЯ ОРГАНИЗАЦИЯ "СОЮЗ МЕНЕДЖЕРОВ И АРБИТРАЖНЫХ УПРАВЛЯЮЩИХ" (подробнее) СОАУ Ассоциаци "Сибирская Гильдия Антикризисных Управляющих" (подробнее) СОАУ "Континент" (СРО) - Союз арбитражных управляющих "Континент" (саморегулируемая организация) (подробнее) Союз Арбитражных Управляющих "Возрождение" (подробнее) Союз арбитражных управляющих "Саморегулируемая организация "ДЕЛО" (САУ "СРО "ДЕЛО"), г.Москва (подробнее) СОЮЗ АРБИТРАЖНЫХ УПРАВЛЯЮЩИХ "СОЗИДАНИЕ" (подробнее) Союз "Кузбасская СОАУ" - Союз "Кузбасская саморегулируемая организация арбитражных управляющих", г.Кемерово (подробнее) Союз "МЦАУ" - Союз "Межрегиональный центр арбитражных управляющих" (подробнее) Союз "СРО АУ СЗ" - Союз "Саморегулируемая организация арбитражных управляющих Северо-Запада (подробнее) Союз СРО "ГАУ" - Союз "Саморегулируемая организация "Гильдия арбитражных управляющих" (подробнее) СОЮЗ "УРАЛЬСКАЯ САМОРЕГУЛИРУЕМАЯ ОРГАНИЗАЦИЯ АРБИТРАЖНЫХ УПРАВЛЯЮЩИХ" (подробнее) СРО ААУ "Евросиб" г.Москва (подробнее) СРО СОЮЗ "АУ "ПРАВОСОЗНАНИЕ" - САМОРЕГУЛИРУЕМАЯ ОРГАНИЗАЦИЯ СОЮЗ "АРБИТРАЖНЫХ УПРАВЛЯЮЩИХ "ПРАВОСОЗНАНИЕ" (подробнее) Управление по вопросам миграции УМВД России по Оренбургской области (подробнее) Управление Росреестра по Республике Башкортостан (подробнее) Управление Федеральной службы государственной регистрации, кадастра и картографии по Оренбургской области (подробнее) УФРС ПО ОРЕНБУРГСКОЙ ОБЛАСТИ (подробнее) ФГБУ "ФКП Росрестра" по Оренбургской области (подробнее) ФКУ СИЗО-1 УФСИН России по Оренбургской области (подробнее) Фонд модернизации ЖКХ Оренбургской области (подробнее) ф/у Андреев В.В. (подробнее) ф\у Геннеберг Юлия Игоревна (подробнее) ф\у Гусев Антон Петрович (подробнее) Центральный районный суд г. Оренбурга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