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14.02.2022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27.12.2021 № 310-ЭС21-25001, решение Арбитражного суда Брянской области от 29.01.2021, постановление Двадцатого арбитражного апелляционного суда от 18.05.2021 и постановление Арбитражного суда Центрального округа от 08.09.2021 по делу № А09-2174/2020,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«НК Унеча»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"Нефтика-Ойл" (подробнее) Ответчики: ООО "НД УНЕЧА" (подробнее) Иные лица: Двадцатый Арбитражный апелляционный суд (подробнее) Унечский районный суд Брянской области (подробнее) Унечское РОСП УФССП по Брянской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