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«Телеком Нетворкс» удовлетворить. Предоставить обществу с ограниченной ответственностью «Телеком Нетворкс»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