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"КурскБизнесСтрой" (далее - истец, ООО "КурскБизнесСтрой"), общество с ограниченной ответственностью "Градо Строй" (далее - истец 2, ООО "Градо Строй") обратились в Арбитражный суд Курской области с исковым заявлением к Министерству финансов Российской Федерации (далее - Минфин России), Министерству обороны Российской Федерации (далее - Минобороны России), Федеральной службе государственной регистрации, кадастра и картографии (далее - Росреестр), Федеральному государственному бюджетному учреждению "Федеральная кадастровая палата Федеральной службы государственной регистрации, кадастра и картографии" (далее - ФГБУ "ФКП Росреестра"), Федеральному государственному бюджетному учреждению "Федеральная кадастровая палата Федеральной службы государственной регистрации, кадастра и картографии" по Курской области (далее - ФГБУ "ФКП Росреестра" по Курской области), Управлению Федеральной службы государственной регистрации, кадастра и картографии по Курской области (далее - Управление 2 Росреестра по Курской области), Управлению по бюджету и налогам администрации Курского района Курской области, Администрации Курского района Курской области, Администрации Клюквинского сельсовета Курского района Курской области о взыскании 45 911 135 руб. 00 коп. К участию в деле в качестве третьих лиц, не заявляющих самостоятельных требований относительно предмета спора, привлечены "56 Военная Прокуратура (гарнизона) МВО" (далее - третье лицо 1), Администрация Клюквинского сельсовета Курского района Курской области (далее - третье лицо 2). Определением Арбитражного суда Курской области принято уточнение заявленных требований, в порядке статьи 49 Арбитражного процессуального кодекса Российской Федерации (далее - АПК РФ), согласно которым просил взыскать с Российской Федерации в лице Министерства обороны Российской Федерации, Федеральной службы государственной регистрации, кадастра и картографии,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в солидарном порядке убытки в размере 30 607 423 руб. 33 коп., с Администрации Курского района Курской области убытки в размере 7 651 855 руб. 84 коп. Определением Арбитражного суда Курской области Минфин России, Муниципальное образование "Курский район" Курской области в лице Управления по бюджету и налогам Администрации Курского района Курской области, Управление Росреестра по Курской области, ФГБУ "ФКП Росреестра" по Курской области исключены из числа ответчиков по делу и привлечены к участию в деле в качестве третьих лиц, не заявляющих самостоятельных требований относительно предмета спора. Решением Арбитражного суда Курской области от 02.02.2021, оставленным без изменения постановлением Девятнадцатого арбитражного апелляционного суда от 27.05.2021 и постановлением Арбитражного суда Центрального округа от 18.10.2021, в удовлетворении требований отказано. В кассационной жалобе, поданной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заявители указывают, что в нарушение части 3 статьи 69 Арбитражного процессуального кодекса Российской Федерации суды не приняли во внимание выводы решения Курского районного суда Курской области по делу №2-133/086-2016. Между тем при рассмотрении указанного дела установлено, что по результатам кадастровых работ по образованию земельного участка с кадастровым номером 46:11:000000:1243 (исходный участок по отношению к участку с кадастровым номером 46:11:071301:218,ранее принадлежавшего Осиповой Г.Н. и Русановой Т.А. на основании договора купли-продажи) путем выдела земельных долей из земельного участка с кадастровым номером 46:11:071000:14,относящегося к землям колхоза им. Карла Маркса Курского района Курской области(бывшего 3 колхоза «Клюква»), подготовленного кадастровым инженером ООО «ТИСИЗ- К» Кирилловой О.Н. проект межевания участков от 22.11.2013 и межевой план от 09.12.2013 №30-40982 не соответствовал: -требованиям подпункта 3 пункта 6 Методических рекомендаций по проведению межевания объектов землеустройства, утвержденных Росземкадастром 17.-02.2003, так как не было проведено уведомление лиц, права которых были затронуты при проведении межевания; -требованиям подпункта 4 пункта 6 названных Методических рекомендаций и статье 39 Федерального закона от 24.07.2007 №221-ФЗ «О государственном кадастре недвижимости, так как кадастровым инженером не было проведено согласование границ образуемого участка со смежными землепользователями, в том числе с Министерством обороны России и ФГКУ «Центральное ТУИО» Минобороны России и с органом местного самоуправления; -требованиям пункта 11, пункта 14 названных Методических рекомендаций, так как лица, права которых были затронуты при проведении межевания, не были извещены не позднее чем за 7 календарных дней до начала работ по межеванию участка, определение границ объекта землеустройства на местности и их согласование проводилось в отсутствие лиц, права которых юыли затронуты при проведении межевания. Несмотря на указанные нарушения инженером отдела кадастрового учета филиала ФГБУ «ФКП Росреестра» по Курской области от10.12.2013 была осуществлена постановка на государственный кадастровый учет земельного участка с кадастровым номером 46:11:000000:1243 в счет выдела земельных долей из земельного участка с кадастровым номером 46:116071000:14. Несмотря на наличие землеустроительных дел, подтверждающих, что земельный участок с кадастровым номером 46:11:000000:1243 (и образованный в дальнейшем из него земельный участок с кадастровым номером 46:11:071301:2189) никогда не являлся землями колхоза имени Карла Маркса и не мог быть образован ив соответствии с положениями Федерального закона от 24.07.2002 №101-ФЗ «Об обороте земель сельскохозяйственного назначения» из земельного участка с кадастровым номером 46:11:071000:14,филиал ФГБУ «ФКП Росреестра» по Курской области поставил их на кадастровый учет, а Управление Федеральной службы государственной регистрации, кадастра и картографии по Курской области зарегистрировало право собственности на них. 15.02.2016 в Государственный кадастр недвижимости внесены сведения о местоположении границ запретной зоны, а также сведения об обременениях, в том числе земельных участков, образованных из земельных участков с кадастровым номером 46:11:071301:2189 в соответствии с пунктом 12 постановления Правительства Российской федерации от 05.05.2014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4 Таким образом, Курский районный суд Курской области пришел к выводу о противоправности действий администрации Курского района Курской области по выдаче ООО «КурскБизнесСтрой» разрешения на строительство от 28.03.2016№46-ru46511000-012-2016 многоквартирного жилого дома, выразившихся в ненадлежащей проверке представленной последним документации (в том числе схеме планировочной организации, градостроительный план земельного участка) не только на предмет их действительно, но и на соответствие санитарным, противопожарным и градостроительным нормам и правилам. Таким образом, несмотря на наличие установленной с 15.02.2016 заперт ной зоны, а также сведений об обременениях, в частности земельного участка с кадастровым номером 46:11:071301:2635,админитсрация Курского района Курской области 28.03.2016 выдала ООО «КурскБизнесСтрой» разрешение на строительство многоквартирного жилого дома жилого комплекса «Подлесный». Границы вновь сформированного земельного участка с кадастровым номером 46:11:000000:1243 образованы путем полного наложения на земли Минобороны России совпадают с границами ранее снятого с государственного кадастрового учета участка с кадастровым номером 46:11:071301:143 ФГКУ «ЦТУИО». Допущенное бездействие ФГКУ «ЦТУИО» позволило в дальнейшем образовать земельный участок с кадастровым номером 46:11:000000:1243, якобы из земельного участка сельхозназначения с кадастровым номером 46:11:071000:14.Филиал ФГБУ «ФКП Росреестра» по Курской области располагал имеющейся документацией в отношении снятого с кадастрового учета земельного участка с кадастровым номером 46:11:071301:143 и мог использовать эти данные при рассмотрении документов, представленных в целях осуществления постановки на кадастровый учет земельного участка кадастровым номером 46:11:000000:1243. Отсутствие должной проверки всех представленных для кадастрового и регистрационного учета документов привели к нарушению прав заявителей , и как следствие, к понесенным им убыткам. При приобретении прав на земельный участок с кадастровым номером 46:11:071301:2635 (образован путем раздела земельного участка с кадастровым номером 46:11:071301:2189, в свою очередь образованного из земельного участка с кадастровым номером 46:11000000:1243) для осуществления на нем строительства, признанного в последующем самовольным, заявителями были проанализированы все имеющиеся документы о праве собственности на данный участок, которые не содержали каких-либо обременений и запретов на строительство.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5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 на основании договоров купли-продажи от 28.12.2013 и от 11.01.2014 за Тупиковым А.И. 27.01.2014 зарегистрировано право собственности на земельный участок категория земель: земли сельскохозяйственного назначения для сельскохозяйственного производства, площадью 444 800 кв. м, расположенный Курская область, Курский район Клюквинский сельсовет с. Клюква, кадастровый (условный) N 46:11:000000:1243, который образован в результате последовательных преобразований земельных участков с кадастровыми номерами N 46:11:071301:0001/003 и N 46:11:071301:0001/004. Право собственности Тупикова А.И. подтверждается свидетельством о государственной регистрации права от 27.01.2014 46 АП N 070241, выданным Управлением Росреестра по Курской области и выпиской из Единого государственного реестра прав на недвижимое имущество и сделок с ним от 19.03.2014. 11.02.2014 Тупиков А.И. обратился в ООО "ТИСИЗ-К" с заявлением о проведении комплекса землеустроительных работ по разделу земельного участка с кадастровым номером N 46:11:000000:1243 на 5 земельных участков, площадью 34,1660 га, 3,4120 га, 1,4 га, 1,4242 га, 4,0778 га. Согласно заключению кадастрового инженера ООО "ТИСИЗ-К" путем раздела земельного участка с кадастровым номером N 46:11:000000:1243 были образованы земельные участки: N 46:11:071007:25; N 46:11:071301:2188; N 46:11:071301:2189; N 46:11:070203:153; N 46:11:071301:2190; N 46:11:071301:2187; N 46:11:071301:2186, что подтверждается кадастровой выпиской о земельном участке от 29.10.2016 N 99/2916/8736075. 12.03.2014 указанные выше земельные участки были поставлены на государственный кадастровый учет. Вместе с тем, как следует из сообщения руководителя Росреестра от 16.11.2015 N 10-32-9088, согласно материалам Государственного фонда данных, полученных в результате проведения землеустройства (землеустроительное дело N 4/15 "Для проведения государственного кадастрового учета земельного участка, на который у Российской Федерации возникает право собственности при разграничении государственной собственности на землю на территории Курской области (Курское военное лесничество 2006 года), выполненное ООО "Землемер", землеустроительное дело N 3/2 "Для проведения государственного кадастрового учета земельного участка, на который у Российской Федерации возникает право собственности при разграничении государственной собственности на землю на территории 6 Курской области" (Курская область, Курский район. Пос. Подлесный, КЭЧ ПХ "Подлесное" 2007 год), выполненное ООО "Земля и право", земельные участки с кадастровыми номерами N 46:11:071301:2188; N 46:11:071301:2189; N 46:11:071301:2190; N 46:11:071301:2187; N 46:11:071301:2186 образованы на землях Курской КЭЧ. Доказательства того, что органами Российской Федерации, уполномоченными на распоряжение земельными участками, принималось решение о передаче спорного земельного участка какому-либо субъекту, отсутствуют. В дальнейшем земельный участок с кадастровым номером N 46:11:071301:2190 без согласования собственника - Российской Федерации, в лице уполномоченного органа, был разделен на 9 самостоятельных земельных участков, имеющих кадастровые номера: N 46:11:071301:2452, N 46:11:071301:2453, N 46:11:071301:2454, N 46:11:071301:2455, N 46:11:071301:2456, N 46:11:071301:2457, N 46:11:071301:2458, N 46:11:071301:2459, N 46:11:071301:2460. Постановлением Главы администрации Клюквинского сельского Совета Курского района Курской области от 04.04.2014 N 58; от 04.04.2014 N 59; от 04.04.2014 N 60; от 04.04.2014 N 61; от 04.04.2014 N 62 по заявлению Тупикова А.И. земельные участки с кадастровыми номерами N 46:11:070203:153; N 46:11:071301:2187; 46:11:071301:2188; N 46:11:071301:2189; N 46:11:071301:2190, из категорий земель "земли сельскохозяйственного назначения - для сельскохозяйственного производства" были переведены в категорию земель "земли населенных пунктов - для производственно- хозяйственной деятельности по выпуску сельскохозяйственной продукции" в пос. Подлесный Клюквинского сельсовета Курского района Курской области. Постановлением администрации Клюквинского сельсовета Курского района Курской области от 25.02.2015 N 38 "Об отмене постановлений Администрации Клюквинского сельсовета Курского района Курской области" указанные выше постановления N 58 - N 62 от 04.04.2014 были отменены. 20.08.2014 был осуществлен переход права собственности на земельный участок с кадастровым номером N 46:11:071301:2186 от Тупикова А.И. к Якиревич Г.В., а 22.07.2015 осуществлен переход права собственности на земельный участок с кадастровым номером N 46:11:071301:2189 от Тупикова А.И. к Русановой Т.А. и Осиповой Г.Н. При этом, как следует из свидетельства о государственной регистрации права от 08.07.2014 - на основании договора купли-продажи от 19.06.2014 за Осиповой Г.Н. было зарегистрировано право собственности на земельный участок, площадью 65068 кв. м, местоположением: Курская область, Курский район Клюквинский сельсовет с. Клюква, с кадастровым номером N 46:11:071301:2189, с указанием категории земель - земли населенных пунктов - для объектов жилой застройки. 10.07.2015 между Осиповой Г.Н. и Русановой Т.А. заключено соглашение, согласно которому в связи с образованием земельных участков из земельного участка площадью 65068 кв. м, принадлежащего сторонам на праве общей 7 долевой собственности, в отношении вновь образованных земельных участков в результате проведения работ по межеванию определили 13 самостоятельных участков с кадастровыми номерами 46:11:071301:2634, 46:11:071301:2635, 46:11:071301:2636, 46:11:071301:2637, 46:11:071301:2638, 46:11:071301:2639, 46:11:071301:2640, 46:11:071301:2641, 46:11:071301:2642, 46:11:071301:2643, 46:11:071301:2644, 46:11:071301:2645, 46:11:071301:2646, принадлежащих им на праве общей долевой собственности по 1/2 доле за каждой. Согласно свидетельствам о государственной регистрации права от 22.07.2015 на основании указанного соглашения на земельный участок с кадастровым номером 46:11:071301:2635 зарегистрировано право долевой собственности Осиповой Г.Н. и Русановой Т.А. (1/2). Приобретенные земельные участки истцы предполагали использовать в Предпринимательских целях - для строительства 4-этажных многоквартирных жилых домов (МКД), в связи с чем, один из участков с кадастровым номером 46:11:071301:2635 по договору аренды земельного участка от 01.12.2015 N 01- 0715 был передан в аренду ООО "КурскБизнесСтрой" (учредителями которого являлись Русанова Т.А. и Осипова Г.Н.) для осуществления на нем строительства МКЖД. Для целей реализации проекта по строительству жилых домов со встроенными помещениями общественного назначения, расположенными по адресу: Курская обл., Курский район, Клюквинский сельсовет, с. Клюква, 01.01.2015 между ООО "КурскБизнесСтрой" и ООО "Градо Строй" был заключен договор о совместном сотрудничестве. 10.12.2015 между истцами также был заключен договор инвестирования N 05-2015, согласно которому ООО "Градо Строй" (инвестор) предоставило ООО "КурскБизнесСтрой" инвестиции в размере 30 000 000 рублей для целей реализации проекта по созданию результата инвестиционной деятельности объекта - жилые дома со встроенными помещениями общественного назначения, расположенные на земельном участке с кадастровым номером 46:11:071301:2635. Согласно договору на выполнение строительно-монтажных работ от 29.07.2015 N 037, заключенному между истцами, ООО "Градо Строй" (исполнитель) по заказу ООО "КурскБизнесСтрой" выполняло строительно- монтажные работы 4-этажного жилого дома N 4 со встроенными помещениями общественного назначения согласно проектной документации по объекту: "Жилые дома со встроенными помещениями общественного назначения, расположенные по адресу: Курская обл., Курский район, Клюквинский сельсовет, с. Клюква". До момента начала освоения территории указанного земельного участка в соответствии с Постановлением администрации Курского района Курской области от 06.11.2015 N 3890 ООО "КурскБизнесСтрой" был разработан и подготовлен проект планировки территории и проект. Постановлением администрации Курского района Курской области от 19.02.2016 N 151 был утвержден градостроительный план земельного участка с кадастровым номером 46:11:071301:2635 под строительство 4-х многоквартирных жилых 8 домов со встроенными помещениями общественного назначения. ООО "Инженерные системы" по заказу ООО "КурскБизнесСтрой" подготовлена проектная документация в отношении объекта капитального строительства "жилой комплекс "Подлесный", получены и оплачены технические условия на подключение домов к инженерным коммуникациям, изготовлена проектная документация на инженерные сети (газ, электричество, водоснабжение и водоотведение), и т.д. 28.03.2016 администрацией Курского района Курской области на основании заявления ООО "КурскБизнесСтрой" выдано разрешение на строительство N 46-гц46511000-012-2016. После получения указанного разрешения на данном земельном участке ООО "КурскБизнесСтрой" возведен объект недвижимого имущества - многоквартирный жилой дом, в том числе за счет средств участников долевого строительства на основании договоров участия в долевом строительстве многоквартирного жилого дома от 30.04.2016 N 1/1, от 04.05.2016 N 1/2, от 12.05.2016 N 1/3, от 15.05.2016 N 1/4. Заместитель военного прокурора 56 военной прокуратуры гарнизона, в интересах Российской Федерации и Минобороны России, обратился в Курский районный суд Курской области с исковым заявлением к Тупикову Александру Ивановичу, Якиревичу Григорию Владимировичу, Русановой Татьяне Александровне, Осиповой Галине Николаевне, ООО "КурскБизнесСтрой", Администрации Курского района Курской области об истребовании земельных участков из чужого незаконного владения; о признании выданного Администрацией Курского района Курской области разрешения на строительство от 28.03.2016 недействительным и возложения обязанности его отменить, о признании построек, возведенных на земельном участке с кадастровым номером 46:11:071301:2635 самовольными; о возложении обязанности на ООО "КурскБизнесСтрой" снести возведенные постройки, расположенные на земельном участке с кадастровым номером 46:11:071301:2635. Вступившим в законную силу решением Курского районного суда Курской области от 01.12.2016 по делу N 2-133/086-2016 истребованы из чужого незаконного владения Осиповой Г.Н. и Русановой Т.А. земельные участки с кадастровыми номерами 46:11:071301:2634, 46:11:071301:2635, 46:11:071301:2636, 46:11:071301:2637, 46:11:071301:2638, 46:11:071301:2639, 46:11:071301:2640, 46:11:071301:2641, 46:11:071301:2642. 46:11:071301:2643, 46:11:071301:2644, 46:11:071301:2645, 46:11:071301:2646; прекращено зарегистрированное право общей долевой собственности за Осиповой Г.Н. и Русановой Т.А. на указанные земельные участки; признано незаконным разрешение на строительство от 28.03.2016 N 46-ги46511000-012-2016, выданное администрацией Курского района Курской области; признаны самовольными постройки, возведенные на земельном участке с кадастровым номером 46:11:071301:2635 и возложена обязанность на ООО "КурскБизнесСтрой" снести постройки на указанном земельном участке. Ссылаясь на указанные выше обстоятельства, истцы обратились в Арбитражный суд Курской области с настоящим иском о взыскании убытков в 9 общей сумме 45 911 135 руб. 00 коп, причиненных вследствие противоправных действий/бездействий ответчиков. Отказывая в удовлетворении исковых требований суды обоснованно исходили из следующего. Согласно пункту 2 статьи 61 Земельного кодекса Российской Федерации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законодательством. В пункте 16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разъяснено, что согласно статье 16.1 ГК РФ 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 С учетом положений Федерального закона от 24.07.2007 N 221-ФЗ "О государственном кадастре недвижимости", Федерального закона от 02.01.2000 N 28-ФЗ "О государственном земельном кадастре", судами не установлено нарушений при постановки спорных земельных участков на кадастровый учет. В соответствии со статьей 19 Федерального закона от 02.01.2000 N 28-ФЗ "О государственном земельном кадастре", для проведения кадастрового учета земельных участков правообладатели земельных участков подают заявки, правоустанавливающие документы на земельные участки и документы о межевании земельных участков. Проведение государственного кадастрового учета земельных участков включает в себя проверку представленных заявителями документов, составление описаний земельных участков в Едином государственном реестре земель, присвоение кадастровых номеров земельным участкам, изготовление кадастровых карт (планов) земельных участков и формирование кадастровых дел. Сведения о местоположении земельного участка вносятся в документы государственного земельного кадастра на основании данных о межевании земельного участка (статья 17 Закона N 28-ФЗ). В силу пункта 1 статьи 22 Федерального закона от 02.01.2000 N 28-ФЗ "О государственном земельном кадастре" при необходимости уточнить сведения о площади и (или) месторасположении границ земельного участка, уже прошедшего кадастровый учет, уточнение этих сведений осуществлялось по заявке правообладателя в порядке, установленном названным Законом для проведения кадастрового учета. При этом допускалось проведение государственного кадастрового учета земельного участка исходя из его площади, уточненной по результатам 10 межевания, если для проведения учета был представлен правоустанавливающий документ, содержащий не соответствующие межеванию сведения о площади участка (пункт 6.1 статьи 19 Закона N 28-ФЗ, введенный Федеральным законом от 30.06.2006 N 93-ФЗ). Таким образом, суды правомерно отметили, что Закон о землеустройстве и Закон N 28-ФЗ предусматривали составление документов по определению границ земельных участков с описанием их координат. Закон N 28-ФЗ предусматривал требования к основаниям и порядку уточнения площади и границ земельных участков, ранее прошедших кадастровый учет. Следовательно, в случае, если в государственный земельный кадастр были внесены сведения о земельных участках без описания границ, правообладатели были вправе уточнить сведения о земельных участках путем составления описания с определением границ. Документы по описанию границ земельных участков входили в состав землеустроительной документации, экземпляр которой подлежал передаче для включения в государственный фонд данных, полученных в результате проведения землеустройства. Документы по определению границ земельных участков также входили в состав документов государственного земельного кадастра. Судами установлено, что кадастровые работы в отношении спорных участков производились в соответствии с Федеральным законом от 17.07.2001 N 101-ФЗ "О разграничении государственной собственности на землю", Постановлением Правительства Российской Федерации от 04.03.2002 N 140, Методических указаний Росземкадастра от 02.07.2002 по проведению землеустройства и подготовке документов по проведению государственного кадастрового учета земельного участка при разграничении государственной собственности на землю, Методических указаний Росземкадастра от 17.02.2003 по проведению межевания объектов землеустройства. Сведения об указанных земельных участках внесены в кадастр недвижимости ЕГРН на основании заявления о постановке на кадастровый учет от 24.06.2015 и приложенного к данному заявлению межевого плана от 24.06.2015. При проверке представленных для постановки на учет документов не было выявлено предусмотренных статьями 26, 27 Закона о кадастре оснований приостановления или отказа в осуществлении кадастрового учета указанных выше земельных участков. Филиалом ФГБУ "ФКП Росреестра" Курской области, с учетом отсутствия оснований для приостановления и отказа в государственном кадастром учете, произведен учет образованного участка. Решением Курского районного суда Курской области и апелляционным определением Судебной коллегии по гражданским делам Курского областного суда по делу N 2-133/086-2016 установлено, что за разрешением на строительство спорного объекта ООО "КурскБизнесСтрой" обратилось в Администрацию Курского района Курской области после обращения 21.12.2015 в суд прокурора 56 военной прокуратуры гарнизона в интересах РФ и Минобороны России об истребовании земельных участков из чужого 11 незаконного владения, строительство на земельном участке с кадастровым номером 46:11:071301:2635 началось после полученного 28.03.2016 разрешения на строительство. ООО "КурскБизнесСтрой" было осведомлено о предъявлении к нему и другим ответчикам иска об истребовании земельных участков из чужого незаконного владения и должно было допускать возможность изъятия земельных участков, которые находились в собственности и на которых предполагалось возводить объекты строительства. Однако, не проявил должную осмотрительность для того, чтобы не допустить возникновение убытков и не принял для этого разумных мер. Кроме того, судами отмечено, что разрешение выдавалось ООО "КурскБизнесСтрой" на строительство четырехэтажного дома, в то время как, на земельном участке с кадастровым номером 46:11:071301:2635 расположены 2 фундамента и 2 многоквартирных дома, высотой 5 этажей. Количество 5 этажей не соответствует правилам землепользования и застройки Администрации Клюквинского сельсовета и виду разрешенного использования этого земельного участка. Пи указанных обстоятельствах суды пришли к правомерному выводу, что действия Администрация Курского района по выдаче недействительного разрешения на строительство не привели к возникновению убытков на стороне истца, поскольку причиной таких убытков явились неосмотрительные действия самого истца.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«КурскБизнесСтрой» и общества с ограниченной ответственностью «Градо 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