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«Алтай-Электропоставка» удовлетворить. Предоставить обществу с ограниченной ответственностью «Алтай-Электропоставка»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