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2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Евменчика Алексея Сергеевича удовлетворить. Предоставить Евменчику Алексею Сергеевичу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