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14.12.2020 Комиссаров Александр Валентинович признан несостоятельным (банкротом), в отношении него введена процедура реализации имущества гражданина, финансовым управляющим утверждена Блохина Ирина Владимировна. Конкурсный кредитор Новиков Александр Васильевич обратился в Арбитражный суд города Москвы с заявлением о признании недействительной сделкой договора займа от 05.12.2015, заключенного между Ерзаковой Мариной Петровной и должником. Определением Арбитражного суда города Москвы от 03.06.2021 заявление удовлетворено. Постановлением Девятого арбитражного апелляционного суда от 10.08.2021 определение суда первой инстанции оставлено без изменения. Арбитражный суд Московского округа постановлением от 28.10.2021 указанные судебные акты оставил без изменения. 2 Ерзакова Марина Петровна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168, 170, 807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пункте 26 постановления Пленума Высшего Арбитражного Суда Российской Федерации № 35 от 22.06.2012 «О некоторых процессуальных вопросах, связанных с рассмотрением дел о банкротстве», и исходили из доказанности мнимости сделки, направленной на создание искусственной кредиторской задолженности в целях уменьшения количества голосов независимых кредиторов. При этом судами учтено, что допустимых и относимых доказательств наличия у кредитора финансовой возможности предоставить должнику сумму займа не представлено, цели привлечения заемных средств не раскрыты, доказательств расходования заемных денежных средств не представлено.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Ерзаковой Марине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