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06.10.2021,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Недайвозовой Юлии Андреевны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