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Першутова А.Г.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Першутова А.Г. на судью Антонову М.К. по кассационному производству № 309-ЭС21-28161. Председатель третьего судебного состава,судья Верховного Суда Российской Федерации ФИО1 Суд: Верховный Суд РФ (подробнее) Истцы: ООО "Бисан" (подробнее) Ответчики: ФЕДЕРАЛЬНОЕ КАЗЕННОЕ УЧРЕЖДЕНИЕ УРАЛЬСКОЕ ОКРУЖНОЕ УПРАВЛЕНИЕ МАТЕРИАЛЬНО-ТЕХНИЧЕСКОГО СНАБЖЕНИЯ МИНИСТЕРСТВА ВНУТРЕННИХ ДЕЛ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