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«Бизнес Центр «Невский» удовлетворить. Предоставить обществу с ограниченной ответственностью «Бизнес Центр «Невский»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Карелия от 14.02.2021 по делу № А26-7170/2019, постановление Тринадцатого арбитражного апелляционного суда от 18.06.2021 и постановление Арбитражного суда Северо-Западного округа от 14.10.2021 по тому же делу. Судья Верховного Суда Российской Федерации Е.Н. Зарубина Суд: Верховный Суд РФ (подробнее) Истцы: ООО "Бизнес Центр "Невский" (подробнее) Ответчики: ГУП РЕСПУБЛИКИ КАРЕЛИЯ "КАРЕЛЬСКАЯ ГЕОЛОГИЧЕСКАЯ ЭКСПЕДИЦИЯ" (подробнее) Иные лица: Министерство имущественных и земельных отношений Республики Карелия (подробнее) Управление Федеральной налоговой службы по Республике Карелия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